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四维图语·平台功能清单</w:t>
      </w:r>
    </w:p>
    <w:p>
      <w:r>
        <w:t>覆盖 11 大产品/能力板块、334 项核心功能(11 个功能场景分组),按模块-场景两级目录组织,与官网产品介绍保持一致(V1.1,2026年10月)。</w:t>
      </w:r>
    </w:p>
    <w:p>
      <w:pPr>
        <w:pStyle w:val="Heading1"/>
      </w:pPr>
      <w:r>
        <w:t>安全管理平台</w:t>
      </w:r>
    </w:p>
    <w:p>
      <w:pPr>
        <w:pStyle w:val="Heading2"/>
      </w:pPr>
      <w:r>
        <w:t>安全看板</w:t>
      </w:r>
    </w:p>
    <w:p>
      <w:pPr>
        <w:pStyle w:val="ListBullet"/>
      </w:pPr>
      <w:r>
        <w:rPr>
          <w:b/>
        </w:rPr>
        <w:t>有毒有害气体监测:</w:t>
      </w:r>
      <w:r>
        <w:t>7×24实时监测可燃气体、有毒气体浓度，支持ppm级精度检测；超标自动报警并联动排风系统，报警响应时间＜3秒。</w:t>
      </w:r>
    </w:p>
    <w:p>
      <w:pPr>
        <w:pStyle w:val="ListBullet"/>
      </w:pPr>
      <w:r>
        <w:rPr>
          <w:b/>
        </w:rPr>
        <w:t>漏水漏液检测:</w:t>
      </w:r>
      <w:r>
        <w:t>在精密仪器区、化学品存储区等关键位置部署传感器，支持点式、线式、面式三种检测方式，泄漏即时发现、即时报警。</w:t>
      </w:r>
    </w:p>
    <w:p>
      <w:pPr>
        <w:pStyle w:val="ListBullet"/>
      </w:pPr>
      <w:r>
        <w:rPr>
          <w:b/>
        </w:rPr>
        <w:t>温湿度智能调控:</w:t>
      </w:r>
      <w:r>
        <w:t>实时监测环境温湿度，自动联动空调、加湿器、除湿机；支持按房间设置目标阈值，波动超限即时调节。</w:t>
      </w:r>
    </w:p>
    <w:p>
      <w:pPr>
        <w:pStyle w:val="ListBullet"/>
      </w:pPr>
      <w:r>
        <w:rPr>
          <w:b/>
        </w:rPr>
        <w:t>火灾烟雾监测:</w:t>
      </w:r>
      <w:r>
        <w:t>烟感、温感多重监测，火灾早期预警；联动声光报警、应急广播、门禁释放，快速疏散指引。</w:t>
      </w:r>
    </w:p>
    <w:p>
      <w:pPr>
        <w:pStyle w:val="ListBullet"/>
      </w:pPr>
      <w:r>
        <w:rPr>
          <w:b/>
        </w:rPr>
        <w:t>电力安全监测:</w:t>
      </w:r>
      <w:r>
        <w:t>供电、蓄电系统7×24监测，UPS电池组状态管理；电压、电流、功率因数全参数监测，异常即时报警防止电气火灾。</w:t>
      </w:r>
    </w:p>
    <w:p>
      <w:pPr>
        <w:pStyle w:val="ListBullet"/>
      </w:pPr>
      <w:r>
        <w:rPr>
          <w:b/>
        </w:rPr>
        <w:t>设备联动控制:</w:t>
      </w:r>
      <w:r>
        <w:t>支持MQTT、Modbus、OPC UA等多协议设备接入，检测到异常自动联动排风、断电、声光报警等，秒级响应控制事态。</w:t>
      </w:r>
    </w:p>
    <w:p>
      <w:pPr>
        <w:pStyle w:val="ListBullet"/>
      </w:pPr>
      <w:r>
        <w:rPr>
          <w:b/>
        </w:rPr>
        <w:t>巡检计划配置:</w:t>
      </w:r>
      <w:r>
        <w:t>支持日检、周检、月检、专项检查等多种计划；按区域、设备类型灵活设置巡检任务，自动推送待检提醒。</w:t>
      </w:r>
    </w:p>
    <w:p>
      <w:pPr>
        <w:pStyle w:val="ListBullet"/>
      </w:pPr>
      <w:r>
        <w:rPr>
          <w:b/>
        </w:rPr>
        <w:t>移动端扫码巡检:</w:t>
      </w:r>
      <w:r>
        <w:t>手机扫码巡检，检查项自动带出；支持拍照、录音、文字记录；数据实时同步，离线模式恢复网络后自动上传。</w:t>
      </w:r>
    </w:p>
    <w:p>
      <w:pPr>
        <w:pStyle w:val="ListBullet"/>
      </w:pPr>
      <w:r>
        <w:rPr>
          <w:b/>
        </w:rPr>
        <w:t>智能巡检路线:</w:t>
      </w:r>
      <w:r>
        <w:t>根据检查点位置自动生成最优巡检路线，减少遗漏；支持GPS轨迹记录，确保巡检到位。</w:t>
      </w:r>
    </w:p>
    <w:p>
      <w:pPr>
        <w:pStyle w:val="ListBullet"/>
      </w:pPr>
      <w:r>
        <w:rPr>
          <w:b/>
        </w:rPr>
        <w:t>电子化巡检记录:</w:t>
      </w:r>
      <w:r>
        <w:t>电子化记录支持电子签名，数据不可篡改；满足审计要求，随时调阅历史巡检记录。</w:t>
      </w:r>
    </w:p>
    <w:p>
      <w:pPr>
        <w:pStyle w:val="ListBullet"/>
      </w:pPr>
      <w:r>
        <w:rPr>
          <w:b/>
        </w:rPr>
        <w:t>巡检统计分析:</w:t>
      </w:r>
      <w:r>
        <w:t>巡检完成率、问题发现率、整改完成率自动统计；支持按部门、区域、时段多维分析。</w:t>
      </w:r>
    </w:p>
    <w:p>
      <w:pPr>
        <w:pStyle w:val="ListBullet"/>
      </w:pPr>
      <w:r>
        <w:rPr>
          <w:b/>
        </w:rPr>
        <w:t>异常自动创建工单:</w:t>
      </w:r>
      <w:r>
        <w:t>巡检中发现异常自动生成整改工单，分配责任人，设定整改期限，全流程自动流转。</w:t>
      </w:r>
    </w:p>
    <w:p>
      <w:pPr>
        <w:pStyle w:val="ListBullet"/>
      </w:pPr>
      <w:r>
        <w:rPr>
          <w:b/>
        </w:rPr>
        <w:t>隐患即时上报:</w:t>
      </w:r>
      <w:r>
        <w:t>发现隐患即时上报，支持图文、视频描述；隐患分类标准化（安全类/设备类/环境类/管理类），便于统计分析。</w:t>
      </w:r>
    </w:p>
    <w:p>
      <w:pPr>
        <w:pStyle w:val="ListBullet"/>
      </w:pPr>
      <w:r>
        <w:rPr>
          <w:b/>
        </w:rPr>
        <w:t>隐患分级管理:</w:t>
      </w:r>
      <w:r>
        <w:t>按风险等级（一般、较大、重大）分级管理；重大隐患挂牌督办，限期整改，自动升级通知。</w:t>
      </w:r>
    </w:p>
    <w:p>
      <w:pPr>
        <w:pStyle w:val="ListBullet"/>
      </w:pPr>
      <w:r>
        <w:rPr>
          <w:b/>
        </w:rPr>
        <w:t>整改全流程追踪:</w:t>
      </w:r>
      <w:r>
        <w:t>整改任务分配→责任人指定→期限设置→逾期提醒→验收确认，全流程闭环管理，不留死角。</w:t>
      </w:r>
    </w:p>
    <w:p>
      <w:pPr>
        <w:pStyle w:val="ListBullet"/>
      </w:pPr>
      <w:r>
        <w:rPr>
          <w:b/>
        </w:rPr>
        <w:t>隐患台账报表:</w:t>
      </w:r>
      <w:r>
        <w:t>隐患发现、整改、验收全流程记录，可追溯可审计；自动生成隐患台账报表，满足各类检查需求。</w:t>
      </w:r>
    </w:p>
    <w:p>
      <w:pPr>
        <w:pStyle w:val="ListBullet"/>
      </w:pPr>
      <w:r>
        <w:rPr>
          <w:b/>
        </w:rPr>
        <w:t>隐患趋势分析:</w:t>
      </w:r>
      <w:r>
        <w:t>隐患类型分布、区域分布、趋势变化图表展示；支持按时间、区域、类型多维筛选，精准施策。</w:t>
      </w:r>
    </w:p>
    <w:p>
      <w:pPr>
        <w:pStyle w:val="ListBullet"/>
      </w:pPr>
      <w:r>
        <w:rPr>
          <w:b/>
        </w:rPr>
        <w:t>AI风险评估:</w:t>
      </w:r>
      <w:r>
        <w:t>AI自动分析隐患数据趋势，评估风险等级，提前预警高风险区域和时段，输出管理改进建议。</w:t>
      </w:r>
    </w:p>
    <w:p>
      <w:pPr>
        <w:pStyle w:val="ListBullet"/>
      </w:pPr>
      <w:r>
        <w:rPr>
          <w:b/>
        </w:rPr>
        <w:t>线上安全培训:</w:t>
      </w:r>
      <w:r>
        <w:t>线上培训课程、视频学习、学习进度追踪；支持PPT、视频、文档等多种格式；支持断点续学。</w:t>
      </w:r>
    </w:p>
    <w:p>
      <w:pPr>
        <w:pStyle w:val="ListBullet"/>
      </w:pPr>
      <w:r>
        <w:rPr>
          <w:b/>
        </w:rPr>
        <w:t>多题型安全考试:</w:t>
      </w:r>
      <w:r>
        <w:t>多题型题库（单选、多选、判断、填空），随机组卷、自动判分、成绩记录；支持防作弊设置。</w:t>
      </w:r>
    </w:p>
    <w:p>
      <w:pPr>
        <w:pStyle w:val="ListBullet"/>
      </w:pPr>
      <w:r>
        <w:rPr>
          <w:b/>
        </w:rPr>
        <w:t>培训矩阵管理:</w:t>
      </w:r>
      <w:r>
        <w:t>按岗位、工种设置必修课程，自动提醒未完成培训；确保人人持证上岗，满足合规要求。</w:t>
      </w:r>
    </w:p>
    <w:p>
      <w:pPr>
        <w:pStyle w:val="ListBullet"/>
      </w:pPr>
      <w:r>
        <w:rPr>
          <w:b/>
        </w:rPr>
        <w:t>一人一档培训档案:</w:t>
      </w:r>
      <w:r>
        <w:t>人员培训记录、考试成绩、证书有效期管理；一人一档，完整记录培训历程。</w:t>
      </w:r>
    </w:p>
    <w:p>
      <w:pPr>
        <w:pStyle w:val="ListBullet"/>
      </w:pPr>
      <w:r>
        <w:rPr>
          <w:b/>
        </w:rPr>
        <w:t>考试合格自动授权:</w:t>
      </w:r>
      <w:r>
        <w:t>培训考试合格后自动授权实验室准入权限；权限到期自动提醒，续期需重新考核。</w:t>
      </w:r>
    </w:p>
    <w:p>
      <w:pPr>
        <w:pStyle w:val="ListBullet"/>
      </w:pPr>
      <w:r>
        <w:rPr>
          <w:b/>
        </w:rPr>
        <w:t>门禁联动准入:</w:t>
      </w:r>
      <w:r>
        <w:t>授权信息与门禁系统联动，刷卡/人脸验证后自动开门；未授权人员无法进入，精准管控。</w:t>
      </w:r>
    </w:p>
    <w:p>
      <w:pPr>
        <w:pStyle w:val="ListBullet"/>
      </w:pPr>
      <w:r>
        <w:rPr>
          <w:b/>
        </w:rPr>
        <w:t>安全概览仪表盘:</w:t>
      </w:r>
      <w:r>
        <w:t>今日待办、隐患统计、巡检完成率、培训完成率一屏掌握；关键指标实时刷新，异常高亮提示。</w:t>
      </w:r>
    </w:p>
    <w:p>
      <w:pPr>
        <w:pStyle w:val="ListBullet"/>
      </w:pPr>
      <w:r>
        <w:rPr>
          <w:b/>
        </w:rPr>
        <w:t>环境数据实时展示:</w:t>
      </w:r>
      <w:r>
        <w:t>各监测点实时数据展示，超标点位高亮提示；历史趋势曲线，便于分析对比。</w:t>
      </w:r>
    </w:p>
    <w:p>
      <w:pPr>
        <w:pStyle w:val="ListBullet"/>
      </w:pPr>
      <w:r>
        <w:rPr>
          <w:b/>
        </w:rPr>
        <w:t>隐患分布可视化:</w:t>
      </w:r>
      <w:r>
        <w:t>隐患类型分布、区域分布、趋势变化图表展示；支持按时间、区域筛选，精准定位薄弱环节。</w:t>
      </w:r>
    </w:p>
    <w:p>
      <w:pPr>
        <w:pStyle w:val="ListBullet"/>
      </w:pPr>
      <w:r>
        <w:rPr>
          <w:b/>
        </w:rPr>
        <w:t>检查合格率统计:</w:t>
      </w:r>
      <w:r>
        <w:t>巡检合格率、整改完成率实时统计；与历史数据对比，评估安全管理成效。</w:t>
      </w:r>
    </w:p>
    <w:p>
      <w:pPr>
        <w:pStyle w:val="ListBullet"/>
      </w:pPr>
      <w:r>
        <w:rPr>
          <w:b/>
        </w:rPr>
        <w:t>预警中心:</w:t>
      </w:r>
      <w:r>
        <w:t>各类预警信息汇总，按紧急程度分级展示（紧急/高/中/低）；支持预警推送、短信通知、APP推送。</w:t>
      </w:r>
    </w:p>
    <w:p>
      <w:pPr>
        <w:pStyle w:val="ListBullet"/>
      </w:pPr>
      <w:r>
        <w:rPr>
          <w:b/>
        </w:rPr>
        <w:t>大屏展示模式:</w:t>
      </w:r>
      <w:r>
        <w:t>支持大屏投放模式，适合安全监控中心使用；自动轮播关键数据，全屏沉浸式展示。</w:t>
      </w:r>
    </w:p>
    <w:p>
      <w:pPr>
        <w:pStyle w:val="Heading1"/>
      </w:pPr>
      <w:r>
        <w:t>AI 视频安全监控平台</w:t>
      </w:r>
    </w:p>
    <w:p>
      <w:pPr>
        <w:pStyle w:val="Heading2"/>
      </w:pPr>
      <w:r>
        <w:t>数据分析</w:t>
      </w:r>
    </w:p>
    <w:p>
      <w:pPr>
        <w:pStyle w:val="ListBullet"/>
      </w:pPr>
      <w:r>
        <w:rPr>
          <w:b/>
        </w:rPr>
        <w:t>视觉大模型理解:</w:t>
      </w:r>
      <w:r>
        <w:t>基于视觉大模型深度理解监控画面内容，思维链推理：观察→对比→判定，三步得出准确结论，远超传统CV模型。</w:t>
      </w:r>
    </w:p>
    <w:p>
      <w:pPr>
        <w:pStyle w:val="ListBullet"/>
      </w:pPr>
      <w:r>
        <w:rPr>
          <w:b/>
        </w:rPr>
        <w:t>本地快速预筛:</w:t>
      </w:r>
      <w:r>
        <w:t>目标检测本地运行仅需~100ms，无人画面直接跳过推理，节省90%算力；有人画面再送入大模型深度分析。</w:t>
      </w:r>
    </w:p>
    <w:p>
      <w:pPr>
        <w:pStyle w:val="ListBullet"/>
      </w:pPr>
      <w:r>
        <w:rPr>
          <w:b/>
        </w:rPr>
        <w:t>人体姿态估计:</w:t>
      </w:r>
      <w:r>
        <w:t>关键点检测，识别睡觉、打电话、吸烟、吃东西、跌倒等姿态行为；共享关键点结果避免重复推理。</w:t>
      </w:r>
    </w:p>
    <w:p>
      <w:pPr>
        <w:pStyle w:val="ListBullet"/>
      </w:pPr>
      <w:r>
        <w:rPr>
          <w:b/>
        </w:rPr>
        <w:t>多级AI降级:</w:t>
      </w:r>
      <w:r>
        <w:t>视觉模型→OCR+文本模型→规则引擎，三级降级策略；即使大模型不可用，仍有分析能力保障安全。</w:t>
      </w:r>
    </w:p>
    <w:p>
      <w:pPr>
        <w:pStyle w:val="ListBullet"/>
      </w:pPr>
      <w:r>
        <w:rPr>
          <w:b/>
        </w:rPr>
        <w:t>一致性投票机制:</w:t>
      </w:r>
      <w:r>
        <w:t>多次采样投票判定，消除偶发误判；高危报警自动二次截帧验证，确保报警准确率。</w:t>
      </w:r>
    </w:p>
    <w:p>
      <w:pPr>
        <w:pStyle w:val="ListBullet"/>
      </w:pPr>
      <w:r>
        <w:rPr>
          <w:b/>
        </w:rPr>
        <w:t>OCR仪表读数:</w:t>
      </w:r>
      <w:r>
        <w:t>自动读取仪表盘数值、设备指示灯状态；支持多种仪表类型，数据自动记录归档。</w:t>
      </w:r>
    </w:p>
    <w:p>
      <w:pPr>
        <w:pStyle w:val="ListBullet"/>
      </w:pPr>
      <w:r>
        <w:rPr>
          <w:b/>
        </w:rPr>
        <w:t>人员防护检测:</w:t>
      </w:r>
      <w:r>
        <w:t>安全帽、安全背心、护目镜、手套、实验服等防护装备自动检测；支持按区域设置不同PPE要求。</w:t>
      </w:r>
    </w:p>
    <w:p>
      <w:pPr>
        <w:pStyle w:val="ListBullet"/>
      </w:pPr>
      <w:r>
        <w:rPr>
          <w:b/>
        </w:rPr>
        <w:t>违规行为识别:</w:t>
      </w:r>
      <w:r>
        <w:t>吸烟、打电话、违规饮食、睡觉、未穿工作服、奔跑、危险攀爬、可疑蹲伏等行为精准识别。</w:t>
      </w:r>
    </w:p>
    <w:p>
      <w:pPr>
        <w:pStyle w:val="ListBullet"/>
      </w:pPr>
      <w:r>
        <w:rPr>
          <w:b/>
        </w:rPr>
        <w:t>环境安全监测:</w:t>
      </w:r>
      <w:r>
        <w:t>火焰、烟雾、灭火器缺失/损坏、区域入侵、异常徘徊、遗留物品、打架斗殴等环境风险识别。</w:t>
      </w:r>
    </w:p>
    <w:p>
      <w:pPr>
        <w:pStyle w:val="ListBullet"/>
      </w:pPr>
      <w:r>
        <w:rPr>
          <w:b/>
        </w:rPr>
        <w:t>人员管控:</w:t>
      </w:r>
      <w:r>
        <w:t>人员计数、人群聚集、超员检测、非工作时间检测、超时停留、未授权人员识别（人脸识别）。</w:t>
      </w:r>
    </w:p>
    <w:p>
      <w:pPr>
        <w:pStyle w:val="ListBullet"/>
      </w:pPr>
      <w:r>
        <w:rPr>
          <w:b/>
        </w:rPr>
        <w:t>设备安全:</w:t>
      </w:r>
      <w:r>
        <w:t>仪表读数OCR自动记录、设备指示灯异常识别、音频异常检测（爆炸声/玻璃破碎/尖叫声）。</w:t>
      </w:r>
    </w:p>
    <w:p>
      <w:pPr>
        <w:pStyle w:val="ListBullet"/>
      </w:pPr>
      <w:r>
        <w:rPr>
          <w:b/>
        </w:rPr>
        <w:t>动物/物品检测:</w:t>
      </w:r>
      <w:r>
        <w:t>猫、狗、鸟类等动物入侵检测；背包、手提包等遗留物品检测；支持自定义检测类型扩展。</w:t>
      </w:r>
    </w:p>
    <w:p>
      <w:pPr>
        <w:pStyle w:val="ListBullet"/>
      </w:pPr>
      <w:r>
        <w:rPr>
          <w:b/>
        </w:rPr>
        <w:t>巡检方案配置:</w:t>
      </w:r>
      <w:r>
        <w:t>日常巡检/夜间巡检/专项巡检，灵活配置；每个点位可设置不同检测任务（安全/设备/行为）。</w:t>
      </w:r>
    </w:p>
    <w:p>
      <w:pPr>
        <w:pStyle w:val="ListBullet"/>
      </w:pPr>
      <w:r>
        <w:rPr>
          <w:b/>
        </w:rPr>
        <w:t>自动调度执行:</w:t>
      </w:r>
      <w:r>
        <w:t>按排期自动触发巡检任务，防重复执行；巡检引擎自动按点位顺序切换视频画面。</w:t>
      </w:r>
    </w:p>
    <w:p>
      <w:pPr>
        <w:pStyle w:val="ListBullet"/>
      </w:pPr>
      <w:r>
        <w:rPr>
          <w:b/>
        </w:rPr>
        <w:t>点位AI全量分析:</w:t>
      </w:r>
      <w:r>
        <w:t>每个点位停留指定时间，自动截帧+AI分析；目标检测预筛+大模型深度分析+姿态行为检测。</w:t>
      </w:r>
    </w:p>
    <w:p>
      <w:pPr>
        <w:pStyle w:val="ListBullet"/>
      </w:pPr>
      <w:r>
        <w:rPr>
          <w:b/>
        </w:rPr>
        <w:t>巡检报告生成:</w:t>
      </w:r>
      <w:r>
        <w:t>自动生成巡检报告：执行记录、各点位检测结果、合规率统计、报警关联、异常汇总。</w:t>
      </w:r>
    </w:p>
    <w:p>
      <w:pPr>
        <w:pStyle w:val="ListBullet"/>
      </w:pPr>
      <w:r>
        <w:rPr>
          <w:b/>
        </w:rPr>
        <w:t>暂停/恢复控制:</w:t>
      </w:r>
      <w:r>
        <w:t>巡检过程中支持暂停/恢复/停止操作；异常点位可标记重点复查。</w:t>
      </w:r>
    </w:p>
    <w:p>
      <w:pPr>
        <w:pStyle w:val="ListBullet"/>
      </w:pPr>
      <w:r>
        <w:rPr>
          <w:b/>
        </w:rPr>
        <w:t>历史巡检追溯:</w:t>
      </w:r>
      <w:r>
        <w:t>所有巡检记录完整留存，支持按日期、路线、结果筛选；合规率趋势分析。</w:t>
      </w:r>
    </w:p>
    <w:p>
      <w:pPr>
        <w:pStyle w:val="ListBullet"/>
      </w:pPr>
      <w:r>
        <w:rPr>
          <w:b/>
        </w:rPr>
        <w:t>SignalR实时推送:</w:t>
      </w:r>
      <w:r>
        <w:t>报警产生后＜1秒推送到前端，无论用户在哪都能第一时间获知；支持Web端、移动端同步推送。</w:t>
      </w:r>
    </w:p>
    <w:p>
      <w:pPr>
        <w:pStyle w:val="ListBullet"/>
      </w:pPr>
      <w:r>
        <w:rPr>
          <w:b/>
        </w:rPr>
        <w:t>四级报警分级:</w:t>
      </w:r>
      <w:r>
        <w:t>紧急/高/中/低四级报警，不同级别不同响应策略；紧急报警电话+短信+APP三重通知。</w:t>
      </w:r>
    </w:p>
    <w:p>
      <w:pPr>
        <w:pStyle w:val="ListBullet"/>
      </w:pPr>
      <w:r>
        <w:rPr>
          <w:b/>
        </w:rPr>
        <w:t>截图留证追溯:</w:t>
      </w:r>
      <w:r>
        <w:t>每次报警自动附带现场截图，标注检测区域和结果；可追溯可审计，满足合规要求。</w:t>
      </w:r>
    </w:p>
    <w:p>
      <w:pPr>
        <w:pStyle w:val="ListBullet"/>
      </w:pPr>
      <w:r>
        <w:rPr>
          <w:b/>
        </w:rPr>
        <w:t>二次确认验证:</w:t>
      </w:r>
      <w:r>
        <w:t>高危报警自动二次截帧验证，消除偶发误判；一致性投票机制确保报警准确率。</w:t>
      </w:r>
    </w:p>
    <w:p>
      <w:pPr>
        <w:pStyle w:val="ListBullet"/>
      </w:pPr>
      <w:r>
        <w:rPr>
          <w:b/>
        </w:rPr>
        <w:t>IoT设备联动:</w:t>
      </w:r>
      <w:r>
        <w:t>支持MQTT/TCP/HTTP协议联动声光报警器、排风系统、门禁断电、应急广播等设备。</w:t>
      </w:r>
    </w:p>
    <w:p>
      <w:pPr>
        <w:pStyle w:val="ListBullet"/>
      </w:pPr>
      <w:r>
        <w:rPr>
          <w:b/>
        </w:rPr>
        <w:t>报警规则引擎:</w:t>
      </w:r>
      <w:r>
        <w:t>每个检测类型独立配置置信度阈值、冷却时间、报警级别；从数据库加载摄像头区域/规则配置。</w:t>
      </w:r>
    </w:p>
    <w:p>
      <w:pPr>
        <w:pStyle w:val="ListBullet"/>
      </w:pPr>
      <w:r>
        <w:rPr>
          <w:b/>
        </w:rPr>
        <w:t>多品牌摄像头接入:</w:t>
      </w:r>
      <w:r>
        <w:t>支持海康威视、大华、宇视、华为、天地伟业、科达等主流品牌；利旧升级，无需更换现有设备。</w:t>
      </w:r>
    </w:p>
    <w:p>
      <w:pPr>
        <w:pStyle w:val="ListBullet"/>
      </w:pPr>
      <w:r>
        <w:rPr>
          <w:b/>
        </w:rPr>
        <w:t>NVR统一管理:</w:t>
      </w:r>
      <w:r>
        <w:t>添加NVR后自动同步通道信息；支持NVR下所有摄像头统一管理、批量配置。</w:t>
      </w:r>
    </w:p>
    <w:p>
      <w:pPr>
        <w:pStyle w:val="ListBullet"/>
      </w:pPr>
      <w:r>
        <w:rPr>
          <w:b/>
        </w:rPr>
        <w:t>PTZ云台控制:</w:t>
      </w:r>
      <w:r>
        <w:t>支持方向控制、缩放、预置位保存/调用；远程操控摄像头角度，覆盖更多区域。</w:t>
      </w:r>
    </w:p>
    <w:p>
      <w:pPr>
        <w:pStyle w:val="ListBullet"/>
      </w:pPr>
      <w:r>
        <w:rPr>
          <w:b/>
        </w:rPr>
        <w:t>视频流浏览器播放:</w:t>
      </w:r>
      <w:r>
        <w:t>RTSP转WebRTC/HLS，浏览器直接播放实时视频；无需安装任何插件，兼容主流浏览器。</w:t>
      </w:r>
    </w:p>
    <w:p>
      <w:pPr>
        <w:pStyle w:val="ListBullet"/>
      </w:pPr>
      <w:r>
        <w:rPr>
          <w:b/>
        </w:rPr>
        <w:t>设备状态监控:</w:t>
      </w:r>
      <w:r>
        <w:t>每60秒自动检测摄像头在线状态；离线设备自动报警，确保监控无盲区。</w:t>
      </w:r>
    </w:p>
    <w:p>
      <w:pPr>
        <w:pStyle w:val="ListBullet"/>
      </w:pPr>
      <w:r>
        <w:rPr>
          <w:b/>
        </w:rPr>
        <w:t>音频分析支持:</w:t>
      </w:r>
      <w:r>
        <w:t>支持摄像头音频流分析，检测爆炸声、玻璃破碎声、尖叫声等异常音频；先检查音频支持避免无效处理。</w:t>
      </w:r>
    </w:p>
    <w:p>
      <w:pPr>
        <w:pStyle w:val="ListBullet"/>
      </w:pPr>
      <w:r>
        <w:rPr>
          <w:b/>
        </w:rPr>
        <w:t>报警趋势分析:</w:t>
      </w:r>
      <w:r>
        <w:t>按日/周/月统计报警数量变化趋势；同比、环比对比，识别安全管理改善效果。</w:t>
      </w:r>
    </w:p>
    <w:p>
      <w:pPr>
        <w:pStyle w:val="ListBullet"/>
      </w:pPr>
      <w:r>
        <w:rPr>
          <w:b/>
        </w:rPr>
        <w:t>报警类型分布:</w:t>
      </w:r>
      <w:r>
        <w:t>各检测类型的报警占比饼图；识别高频违规类型，针对性加强管理。</w:t>
      </w:r>
    </w:p>
    <w:p>
      <w:pPr>
        <w:pStyle w:val="ListBullet"/>
      </w:pPr>
      <w:r>
        <w:rPr>
          <w:b/>
        </w:rPr>
        <w:t>摄像头报警排名:</w:t>
      </w:r>
      <w:r>
        <w:t>报警最多的摄像头TOP 10排名；识别高风险区域，重点加强管控。</w:t>
      </w:r>
    </w:p>
    <w:p>
      <w:pPr>
        <w:pStyle w:val="ListBullet"/>
      </w:pPr>
      <w:r>
        <w:rPr>
          <w:b/>
        </w:rPr>
        <w:t>合规率统计:</w:t>
      </w:r>
      <w:r>
        <w:t>巡检合规率趋势图，量化安全管理效果；按路线、按时间段统计分析。</w:t>
      </w:r>
    </w:p>
    <w:p>
      <w:pPr>
        <w:pStyle w:val="ListBullet"/>
      </w:pPr>
      <w:r>
        <w:rPr>
          <w:b/>
        </w:rPr>
        <w:t>设备在线率:</w:t>
      </w:r>
      <w:r>
        <w:t>摄像头/NVR在线状态实时统计；离线设备清单，快速定位监控盲区。</w:t>
      </w:r>
    </w:p>
    <w:p>
      <w:pPr>
        <w:pStyle w:val="ListBullet"/>
      </w:pPr>
      <w:r>
        <w:rPr>
          <w:b/>
        </w:rPr>
        <w:t>AI性能监控:</w:t>
      </w:r>
      <w:r>
        <w:t>AI模型推理时间、GPU使用率、分析吞吐量实时监控；确保系统稳定运行。</w:t>
      </w:r>
    </w:p>
    <w:p>
      <w:pPr>
        <w:pStyle w:val="Heading1"/>
      </w:pPr>
      <w:r>
        <w:t>仓储管理平台(WMS)</w:t>
      </w:r>
    </w:p>
    <w:p>
      <w:pPr>
        <w:pStyle w:val="Heading2"/>
      </w:pPr>
      <w:r>
        <w:t>预警与报表</w:t>
      </w:r>
    </w:p>
    <w:p>
      <w:pPr>
        <w:pStyle w:val="ListBullet"/>
      </w:pPr>
      <w:r>
        <w:rPr>
          <w:b/>
        </w:rPr>
        <w:t>入库7项检查:</w:t>
      </w:r>
      <w:r>
        <w:t>危化品入库前自动执行7项安全检查：MSDS有效性、有效期、存储条件、兼容性、安全库存、毒性等级、包装完整性。</w:t>
      </w:r>
    </w:p>
    <w:p>
      <w:pPr>
        <w:pStyle w:val="ListBullet"/>
      </w:pPr>
      <w:r>
        <w:rPr>
          <w:b/>
        </w:rPr>
        <w:t>双人双锁管控:</w:t>
      </w:r>
      <w:r>
        <w:t>剧毒、易制毒、易制爆等管制化学品双人双锁管理，领用需双人确认，满足公安检查要求。</w:t>
      </w:r>
    </w:p>
    <w:p>
      <w:pPr>
        <w:pStyle w:val="ListBullet"/>
      </w:pPr>
      <w:r>
        <w:rPr>
          <w:b/>
        </w:rPr>
        <w:t>兼容性存储校验:</w:t>
      </w:r>
      <w:r>
        <w:t>入库自动检查存储兼容性（酸碱隔离、氧化剂与易燃物隔离等），避免禁忌物混存，降低安全风险。</w:t>
      </w:r>
    </w:p>
    <w:p>
      <w:pPr>
        <w:pStyle w:val="ListBullet"/>
      </w:pPr>
      <w:r>
        <w:rPr>
          <w:b/>
        </w:rPr>
        <w:t>领用分级审批:</w:t>
      </w:r>
      <w:r>
        <w:t>根据毒性等级自动确定领用流程级别：低毒快速领用、高毒需审批、剧毒需双人双锁+管理员授权。</w:t>
      </w:r>
    </w:p>
    <w:p>
      <w:pPr>
        <w:pStyle w:val="ListBullet"/>
      </w:pPr>
      <w:r>
        <w:rPr>
          <w:b/>
        </w:rPr>
        <w:t>MSDS AI解读:</w:t>
      </w:r>
      <w:r>
        <w:t>AI自动解读MSDS安全数据表，提取关键安全信息：危害分类、防护措施、应急处理、存储条件。</w:t>
      </w:r>
    </w:p>
    <w:p>
      <w:pPr>
        <w:pStyle w:val="ListBullet"/>
      </w:pPr>
      <w:r>
        <w:rPr>
          <w:b/>
        </w:rPr>
        <w:t>废弃物合规处置:</w:t>
      </w:r>
      <w:r>
        <w:t>废液、废渣分类收集、合规处置、转移联单管理；AI建议处置方案，处置记录完整可追溯。</w:t>
      </w:r>
    </w:p>
    <w:p>
      <w:pPr>
        <w:pStyle w:val="ListBullet"/>
      </w:pPr>
      <w:r>
        <w:rPr>
          <w:b/>
        </w:rPr>
        <w:t>采购申请审批:</w:t>
      </w:r>
      <w:r>
        <w:t>耗材采购在线申请、审批、下单全流程；支持批量导入、模板下单、多供应商比价。</w:t>
      </w:r>
    </w:p>
    <w:p>
      <w:pPr>
        <w:pStyle w:val="ListBullet"/>
      </w:pPr>
      <w:r>
        <w:rPr>
          <w:b/>
        </w:rPr>
        <w:t>入库登记管理:</w:t>
      </w:r>
      <w:r>
        <w:t>到货验收、批次登记、条码打印、库位分配；支持PDA扫码入库，数据实时同步。</w:t>
      </w:r>
    </w:p>
    <w:p>
      <w:pPr>
        <w:pStyle w:val="ListBullet"/>
      </w:pPr>
      <w:r>
        <w:rPr>
          <w:b/>
        </w:rPr>
        <w:t>扫码领用出库:</w:t>
      </w:r>
      <w:r>
        <w:t>扫码领用自动扣减库存，部门/项目费用自动分摊；支持多人同时领用，批量扫码高效。</w:t>
      </w:r>
    </w:p>
    <w:p>
      <w:pPr>
        <w:pStyle w:val="ListBullet"/>
      </w:pPr>
      <w:r>
        <w:rPr>
          <w:b/>
        </w:rPr>
        <w:t>库存盘点:</w:t>
      </w:r>
      <w:r>
        <w:t>定期盘点、盈亏调整、盘亏盘盈原因记录；支持循环盘点、动态盘点、PDA扫码盘点。</w:t>
      </w:r>
    </w:p>
    <w:p>
      <w:pPr>
        <w:pStyle w:val="ListBullet"/>
      </w:pPr>
      <w:r>
        <w:rPr>
          <w:b/>
        </w:rPr>
        <w:t>供应商管理:</w:t>
      </w:r>
      <w:r>
        <w:t>供应商资质、评价记录、合格供应商名录；支持供应商比价、历史采购记录查询。</w:t>
      </w:r>
    </w:p>
    <w:p>
      <w:pPr>
        <w:pStyle w:val="ListBullet"/>
      </w:pPr>
      <w:r>
        <w:rPr>
          <w:b/>
        </w:rPr>
        <w:t>空瓶归还管理:</w:t>
      </w:r>
      <w:r>
        <w:t>危化品空瓶归还登记、空瓶处置记录；满足危化品包装物回收处置的合规要求。</w:t>
      </w:r>
    </w:p>
    <w:p>
      <w:pPr>
        <w:pStyle w:val="ListBullet"/>
      </w:pPr>
      <w:r>
        <w:rPr>
          <w:b/>
        </w:rPr>
        <w:t>样品接收登记:</w:t>
      </w:r>
      <w:r>
        <w:t>样品登记、条码生成、状态检查、拍照存证；支持批量接收、自动生成唯一样品编码。</w:t>
      </w:r>
    </w:p>
    <w:p>
      <w:pPr>
        <w:pStyle w:val="ListBullet"/>
      </w:pPr>
      <w:r>
        <w:rPr>
          <w:b/>
        </w:rPr>
        <w:t>样品流转追踪:</w:t>
      </w:r>
      <w:r>
        <w:t>样品交接、任务分配、流转记录全程追踪；支持样品定位查询，随时掌握样品所在位置。</w:t>
      </w:r>
    </w:p>
    <w:p>
      <w:pPr>
        <w:pStyle w:val="ListBullet"/>
      </w:pPr>
      <w:r>
        <w:rPr>
          <w:b/>
        </w:rPr>
        <w:t>存储条件监控:</w:t>
      </w:r>
      <w:r>
        <w:t>存储位置、存储条件（温度、湿度）监测记录；异常自动报警，确保样品质量不受影响。</w:t>
      </w:r>
    </w:p>
    <w:p>
      <w:pPr>
        <w:pStyle w:val="ListBullet"/>
      </w:pPr>
      <w:r>
        <w:rPr>
          <w:b/>
        </w:rPr>
        <w:t>样品处置管理:</w:t>
      </w:r>
      <w:r>
        <w:t>留样期满处置、销毁记录、处置方式选择；处置过程拍照存证，处置记录完整可追溯。</w:t>
      </w:r>
    </w:p>
    <w:p>
      <w:pPr>
        <w:pStyle w:val="ListBullet"/>
      </w:pPr>
      <w:r>
        <w:rPr>
          <w:b/>
        </w:rPr>
        <w:t>样品快管理:</w:t>
      </w:r>
      <w:r>
        <w:t>样品快速入库、快速领用、快速处置；简化操作流程，提高日常样品管理效率。</w:t>
      </w:r>
    </w:p>
    <w:p>
      <w:pPr>
        <w:pStyle w:val="ListBullet"/>
      </w:pPr>
      <w:r>
        <w:rPr>
          <w:b/>
        </w:rPr>
        <w:t>样品追溯查询:</w:t>
      </w:r>
      <w:r>
        <w:t>从接收到处置的全生命周期追溯，一物一码；支持按批次、日期、状态多维查询。</w:t>
      </w:r>
    </w:p>
    <w:p>
      <w:pPr>
        <w:pStyle w:val="ListBullet"/>
      </w:pPr>
      <w:r>
        <w:rPr>
          <w:b/>
        </w:rPr>
        <w:t>自助领用:</w:t>
      </w:r>
      <w:r>
        <w:t>刷卡/人脸识别开门，自助领用耗材自动记录；24小时无人值守，减少人工管理成本。</w:t>
      </w:r>
    </w:p>
    <w:p>
      <w:pPr>
        <w:pStyle w:val="ListBullet"/>
      </w:pPr>
      <w:r>
        <w:rPr>
          <w:b/>
        </w:rPr>
        <w:t>自助归还/借用:</w:t>
      </w:r>
      <w:r>
        <w:t>使用完毕归还自动入库、状态更新；支持借用管理，到期自动提醒归还。</w:t>
      </w:r>
    </w:p>
    <w:p>
      <w:pPr>
        <w:pStyle w:val="ListBullet"/>
      </w:pPr>
      <w:r>
        <w:rPr>
          <w:b/>
        </w:rPr>
        <w:t>柜内库存预警:</w:t>
      </w:r>
      <w:r>
        <w:t>柜内库存低于阈值自动提醒补货；支持多级阈值设置，提前预判补货需求。</w:t>
      </w:r>
    </w:p>
    <w:p>
      <w:pPr>
        <w:pStyle w:val="ListBullet"/>
      </w:pPr>
      <w:r>
        <w:rPr>
          <w:b/>
        </w:rPr>
        <w:t>权限精细管控:</w:t>
      </w:r>
      <w:r>
        <w:t>根据授权控制可领用物品种类；支持按部门、岗位、培训状态设置领用权限。</w:t>
      </w:r>
    </w:p>
    <w:p>
      <w:pPr>
        <w:pStyle w:val="ListBullet"/>
      </w:pPr>
      <w:r>
        <w:rPr>
          <w:b/>
        </w:rPr>
        <w:t>使用记录分析:</w:t>
      </w:r>
      <w:r>
        <w:t>领用人、时间、物品、数量全程记录；支持数据导出分析，识别异常领用行为。</w:t>
      </w:r>
    </w:p>
    <w:p>
      <w:pPr>
        <w:pStyle w:val="ListBullet"/>
      </w:pPr>
      <w:r>
        <w:rPr>
          <w:b/>
        </w:rPr>
        <w:t>多柜联网管理:</w:t>
      </w:r>
      <w:r>
        <w:t>多台智能柜统一管理，各柜状态实时查看；支持跨柜调拨、统一库存管理。</w:t>
      </w:r>
    </w:p>
    <w:p>
      <w:pPr>
        <w:pStyle w:val="ListBullet"/>
      </w:pPr>
      <w:r>
        <w:rPr>
          <w:b/>
        </w:rPr>
        <w:t>低库存预警:</w:t>
      </w:r>
      <w:r>
        <w:t>库存低于安全库存自动提醒，支持多级阈值；自动推送补货通知，避免断供影响实验。</w:t>
      </w:r>
    </w:p>
    <w:p>
      <w:pPr>
        <w:pStyle w:val="ListBullet"/>
      </w:pPr>
      <w:r>
        <w:rPr>
          <w:b/>
        </w:rPr>
        <w:t>有效期预警:</w:t>
      </w:r>
      <w:r>
        <w:t>即将过期物品提前60天提醒，过期物品即时报警；支持按批次管理有效期，AI建议处置方案。</w:t>
      </w:r>
    </w:p>
    <w:p>
      <w:pPr>
        <w:pStyle w:val="ListBullet"/>
      </w:pPr>
      <w:r>
        <w:rPr>
          <w:b/>
        </w:rPr>
        <w:t>AI风险评估:</w:t>
      </w:r>
      <w:r>
        <w:t>AI自动评估危化品存储风险：兼容性风险、过期风险、低库存风险、MSDS缺失风险，输出处置建议。</w:t>
      </w:r>
    </w:p>
    <w:p>
      <w:pPr>
        <w:pStyle w:val="ListBullet"/>
      </w:pPr>
      <w:r>
        <w:rPr>
          <w:b/>
        </w:rPr>
        <w:t>库存报表:</w:t>
      </w:r>
      <w:r>
        <w:t>出入库统计、库存周转分析、费用统计；支持多维度报表导出，满足汇报和审计需求。</w:t>
      </w:r>
    </w:p>
    <w:p>
      <w:pPr>
        <w:pStyle w:val="ListBullet"/>
      </w:pPr>
      <w:r>
        <w:rPr>
          <w:b/>
        </w:rPr>
        <w:t>成本分摊:</w:t>
      </w:r>
      <w:r>
        <w:t>按部门、项目、课题组分摊耗材费用；自动核算使用成本，支持财务对账。</w:t>
      </w:r>
    </w:p>
    <w:p>
      <w:pPr>
        <w:pStyle w:val="ListBullet"/>
      </w:pPr>
      <w:r>
        <w:rPr>
          <w:b/>
        </w:rPr>
        <w:t>合规统计报表:</w:t>
      </w:r>
      <w:r>
        <w:t>危化品合规率、MSDS覆盖率、盘点完成率等统计；满足公安、应急、环保部门检查要求。</w:t>
      </w:r>
    </w:p>
    <w:p>
      <w:pPr>
        <w:pStyle w:val="Heading1"/>
      </w:pPr>
      <w:r>
        <w:t>资产设备管理平台</w:t>
      </w:r>
    </w:p>
    <w:p>
      <w:pPr>
        <w:pStyle w:val="Heading2"/>
      </w:pPr>
      <w:r>
        <w:t>AI数据洞察</w:t>
      </w:r>
    </w:p>
    <w:p>
      <w:pPr>
        <w:pStyle w:val="ListBullet"/>
      </w:pPr>
      <w:r>
        <w:rPr>
          <w:b/>
        </w:rPr>
        <w:t>自动化巡检:</w:t>
      </w:r>
      <w:r>
        <w:t>AI 7×24小时自动巡检，替代人工定时巡查；支持日常/夜间/专项巡检方案，按排期自动触发。</w:t>
      </w:r>
    </w:p>
    <w:p>
      <w:pPr>
        <w:pStyle w:val="ListBullet"/>
      </w:pPr>
      <w:r>
        <w:rPr>
          <w:b/>
        </w:rPr>
        <w:t>多点位轮播:</w:t>
      </w:r>
      <w:r>
        <w:t>摄像头按点位顺序自动轮播，每个点位停留指定时间，AI自动截帧分析，无需人工切换。</w:t>
      </w:r>
    </w:p>
    <w:p>
      <w:pPr>
        <w:pStyle w:val="ListBullet"/>
      </w:pPr>
      <w:r>
        <w:rPr>
          <w:b/>
        </w:rPr>
        <w:t>违规自动识别:</w:t>
      </w:r>
      <w:r>
        <w:t>多类安全违规类型自动识别，从发现到报警仅需5秒；目标检测预筛+大模型深度分析，覆盖率100%。</w:t>
      </w:r>
    </w:p>
    <w:p>
      <w:pPr>
        <w:pStyle w:val="ListBullet"/>
      </w:pPr>
      <w:r>
        <w:rPr>
          <w:b/>
        </w:rPr>
        <w:t>巡检报告生成:</w:t>
      </w:r>
      <w:r>
        <w:t>自动生成巡检报告：执行记录、检测结果、合规率统计、异常汇总；减少90%人工记录工作。</w:t>
      </w:r>
    </w:p>
    <w:p>
      <w:pPr>
        <w:pStyle w:val="ListBullet"/>
      </w:pPr>
      <w:r>
        <w:rPr>
          <w:b/>
        </w:rPr>
        <w:t>多级AI降级:</w:t>
      </w:r>
      <w:r>
        <w:t>视觉大模型→OCR+文本模型→规则引擎，三级降级策略确保任何环境下都有巡检分析能力。</w:t>
      </w:r>
    </w:p>
    <w:p>
      <w:pPr>
        <w:pStyle w:val="ListBullet"/>
      </w:pPr>
      <w:r>
        <w:rPr>
          <w:b/>
        </w:rPr>
        <w:t>巡检方案配置:</w:t>
      </w:r>
      <w:r>
        <w:t>灵活配置巡检路线、点位、停留时间、检测任务类型；支持周期性排期，防重复执行。</w:t>
      </w:r>
    </w:p>
    <w:p>
      <w:pPr>
        <w:pStyle w:val="ListBullet"/>
      </w:pPr>
      <w:r>
        <w:rPr>
          <w:b/>
        </w:rPr>
        <w:t>视觉语言模型:</w:t>
      </w:r>
      <w:r>
        <w:t>基于视觉大模型深度理解监控画面；思维链推理：观察→对比→判定，三步得出准确结论。</w:t>
      </w:r>
    </w:p>
    <w:p>
      <w:pPr>
        <w:pStyle w:val="ListBullet"/>
      </w:pPr>
      <w:r>
        <w:rPr>
          <w:b/>
        </w:rPr>
        <w:t>人员防护检测:</w:t>
      </w:r>
      <w:r>
        <w:t>安全帽、安全背心、护目镜、手套、实验服等防护装备自动检测；支持按区域设置PPE要求。</w:t>
      </w:r>
    </w:p>
    <w:p>
      <w:pPr>
        <w:pStyle w:val="ListBullet"/>
      </w:pPr>
      <w:r>
        <w:rPr>
          <w:b/>
        </w:rPr>
        <w:t>违规行为识别:</w:t>
      </w:r>
      <w:r>
        <w:t>吸烟、打电话、违规饮食、睡觉、未穿工作服等行为精准识别；姿态估计辅助判定。</w:t>
      </w:r>
    </w:p>
    <w:p>
      <w:pPr>
        <w:pStyle w:val="ListBullet"/>
      </w:pPr>
      <w:r>
        <w:rPr>
          <w:b/>
        </w:rPr>
        <w:t>环境安全分析:</w:t>
      </w:r>
      <w:r>
        <w:t>火焰、烟雾、灭火器缺失/损坏、区域入侵、异常徘徊等环境风险识别；音频异常检测。</w:t>
      </w:r>
    </w:p>
    <w:p>
      <w:pPr>
        <w:pStyle w:val="ListBullet"/>
      </w:pPr>
      <w:r>
        <w:rPr>
          <w:b/>
        </w:rPr>
        <w:t>多图对比分析:</w:t>
      </w:r>
      <w:r>
        <w:t>支持单图分析、多图对比、参考图（正例/反例）对比判定，提升准确率，减少误判。</w:t>
      </w:r>
    </w:p>
    <w:p>
      <w:pPr>
        <w:pStyle w:val="ListBullet"/>
      </w:pPr>
      <w:r>
        <w:rPr>
          <w:b/>
        </w:rPr>
        <w:t>一致性投票机制:</w:t>
      </w:r>
      <w:r>
        <w:t>多次采样投票判定，消除偶发误判；高危报警自动二次截帧验证，确保结果可靠。</w:t>
      </w:r>
    </w:p>
    <w:p>
      <w:pPr>
        <w:pStyle w:val="ListBullet"/>
      </w:pPr>
      <w:r>
        <w:rPr>
          <w:b/>
        </w:rPr>
        <w:t>知识库问答:</w:t>
      </w:r>
      <w:r>
        <w:t>基于实验室管理制度、操作规程、安全规范等构建知识库，AI秒级精准回答，不是泛泛而谈。</w:t>
      </w:r>
    </w:p>
    <w:p>
      <w:pPr>
        <w:pStyle w:val="ListBullet"/>
      </w:pPr>
      <w:r>
        <w:rPr>
          <w:b/>
        </w:rPr>
        <w:t>操作指导:</w:t>
      </w:r>
      <w:r>
        <w:t>设备操作步骤、应急处理流程、安全注意事项，AI即时指导，降低操作风险。</w:t>
      </w:r>
    </w:p>
    <w:p>
      <w:pPr>
        <w:pStyle w:val="ListBullet"/>
      </w:pPr>
      <w:r>
        <w:rPr>
          <w:b/>
        </w:rPr>
        <w:t>制度查询:</w:t>
      </w:r>
      <w:r>
        <w:t>实验室管理制度、危化品管理规定、废弃物处置规范等，即问即答，快速定位所需信息。</w:t>
      </w:r>
    </w:p>
    <w:p>
      <w:pPr>
        <w:pStyle w:val="ListBullet"/>
      </w:pPr>
      <w:r>
        <w:rPr>
          <w:b/>
        </w:rPr>
        <w:t>多轮对话:</w:t>
      </w:r>
      <w:r>
        <w:t>支持上下文理解的多轮对话，复杂问题逐步深入解答；对话历史可回溯查看。</w:t>
      </w:r>
    </w:p>
    <w:p>
      <w:pPr>
        <w:pStyle w:val="ListBullet"/>
      </w:pPr>
      <w:r>
        <w:rPr>
          <w:b/>
        </w:rPr>
        <w:t>7×24在线:</w:t>
      </w:r>
      <w:r>
        <w:t>AI助手全天候在线，节假日、深夜也能即时获取专业解答；响应时间＜3秒。</w:t>
      </w:r>
    </w:p>
    <w:p>
      <w:pPr>
        <w:pStyle w:val="ListBullet"/>
      </w:pPr>
      <w:r>
        <w:rPr>
          <w:b/>
        </w:rPr>
        <w:t>知识库持续更新:</w:t>
      </w:r>
      <w:r>
        <w:t>支持文档上传自动构建知识库，新版本制度自动更新；知识越积越丰富，回答越来越准。</w:t>
      </w:r>
    </w:p>
    <w:p>
      <w:pPr>
        <w:pStyle w:val="ListBullet"/>
      </w:pPr>
      <w:r>
        <w:rPr>
          <w:b/>
        </w:rPr>
        <w:t>风险评估:</w:t>
      </w:r>
      <w:r>
        <w:t>AI自动分析安全隐患趋势，评估风险等级；提前预警高风险区域和时段，辅助安全资源配置。</w:t>
      </w:r>
    </w:p>
    <w:p>
      <w:pPr>
        <w:pStyle w:val="ListBullet"/>
      </w:pPr>
      <w:r>
        <w:rPr>
          <w:b/>
        </w:rPr>
        <w:t>资源优化:</w:t>
      </w:r>
      <w:r>
        <w:t>基于历史数据分析设备利用率、人员排班、耗材消耗，AI建议最优配置方案，降低运营成本。</w:t>
      </w:r>
    </w:p>
    <w:p>
      <w:pPr>
        <w:pStyle w:val="ListBullet"/>
      </w:pPr>
      <w:r>
        <w:rPr>
          <w:b/>
        </w:rPr>
        <w:t>合规检查:</w:t>
      </w:r>
      <w:r>
        <w:t>AI自动比对法规要求，识别管理漏洞；生成合规差距分析报告，明确整改优先级。</w:t>
      </w:r>
    </w:p>
    <w:p>
      <w:pPr>
        <w:pStyle w:val="ListBullet"/>
      </w:pPr>
      <w:r>
        <w:rPr>
          <w:b/>
        </w:rPr>
        <w:t>预案推荐:</w:t>
      </w:r>
      <w:r>
        <w:t>发生异常时，AI根据场景自动推荐应急预案和处置步骤，辅助快速决策，缩短响应时间。</w:t>
      </w:r>
    </w:p>
    <w:p>
      <w:pPr>
        <w:pStyle w:val="ListBullet"/>
      </w:pPr>
      <w:r>
        <w:rPr>
          <w:b/>
        </w:rPr>
        <w:t>改进建议:</w:t>
      </w:r>
      <w:r>
        <w:t>基于数据分析结果，AI持续输出管理改进建议，推动PDCA循环，安全管理水平持续提升。</w:t>
      </w:r>
    </w:p>
    <w:p>
      <w:pPr>
        <w:pStyle w:val="ListBullet"/>
      </w:pPr>
      <w:r>
        <w:rPr>
          <w:b/>
        </w:rPr>
        <w:t>危化品风险评估:</w:t>
      </w:r>
      <w:r>
        <w:t>AI评估危化品存储风险：兼容性风险、过期风险、MSDS缺失风险，自动输出处置建议。</w:t>
      </w:r>
    </w:p>
    <w:p>
      <w:pPr>
        <w:pStyle w:val="ListBullet"/>
      </w:pPr>
      <w:r>
        <w:rPr>
          <w:b/>
        </w:rPr>
        <w:t>智能报表:</w:t>
      </w:r>
      <w:r>
        <w:t>AI自动生成分析报告，包含趋势解读、异常标注、改进建议；无需人工编写，直接可用。</w:t>
      </w:r>
    </w:p>
    <w:p>
      <w:pPr>
        <w:pStyle w:val="ListBullet"/>
      </w:pPr>
      <w:r>
        <w:rPr>
          <w:b/>
        </w:rPr>
        <w:t>异常检测:</w:t>
      </w:r>
      <w:r>
        <w:t>AI自动识别数据异常模式：用电量突变、设备故障前兆、环境参数偏移，提前预警。</w:t>
      </w:r>
    </w:p>
    <w:p>
      <w:pPr>
        <w:pStyle w:val="ListBullet"/>
      </w:pPr>
      <w:r>
        <w:rPr>
          <w:b/>
        </w:rPr>
        <w:t>趋势预测:</w:t>
      </w:r>
      <w:r>
        <w:t>基于历史数据建模，预测未来趋势：设备维护周期、耗材补充时间、安全态势变化。</w:t>
      </w:r>
    </w:p>
    <w:p>
      <w:pPr>
        <w:pStyle w:val="ListBullet"/>
      </w:pPr>
      <w:r>
        <w:rPr>
          <w:b/>
        </w:rPr>
        <w:t>关联分析:</w:t>
      </w:r>
      <w:r>
        <w:t>多维度数据关联分析，发现隐含规律：如特定天气下的违规高发类型、时段与事故的关联。</w:t>
      </w:r>
    </w:p>
    <w:p>
      <w:pPr>
        <w:pStyle w:val="ListBullet"/>
      </w:pPr>
      <w:r>
        <w:rPr>
          <w:b/>
        </w:rPr>
        <w:t>自然语言查询:</w:t>
      </w:r>
      <w:r>
        <w:t>用自然语言提问，如"上月报警最多的区域是哪里"，AI自动分析数据并返回图表和结论。</w:t>
      </w:r>
    </w:p>
    <w:p>
      <w:pPr>
        <w:pStyle w:val="ListBullet"/>
      </w:pPr>
      <w:r>
        <w:rPr>
          <w:b/>
        </w:rPr>
        <w:t>MSDS AI解读:</w:t>
      </w:r>
      <w:r>
        <w:t>AI自动解读MSDS安全数据表，提取危害分类、防护措施、应急处理等关键信息，快速了解化学品特性。</w:t>
      </w:r>
    </w:p>
    <w:p>
      <w:pPr>
        <w:pStyle w:val="Heading1"/>
      </w:pPr>
      <w:r>
        <w:t>应急管理平台</w:t>
      </w:r>
    </w:p>
    <w:p>
      <w:pPr>
        <w:pStyle w:val="Heading2"/>
      </w:pPr>
      <w:r>
        <w:t>事故管理</w:t>
      </w:r>
    </w:p>
    <w:p>
      <w:pPr>
        <w:pStyle w:val="ListBullet"/>
      </w:pPr>
      <w:r>
        <w:rPr>
          <w:b/>
        </w:rPr>
        <w:t>预案库分类管理:</w:t>
      </w:r>
      <w:r>
        <w:t>火灾、泄漏、中毒、爆炸、触电等各类预案分类管理；支持图文、视频多种格式存储。</w:t>
      </w:r>
    </w:p>
    <w:p>
      <w:pPr>
        <w:pStyle w:val="ListBullet"/>
      </w:pPr>
      <w:r>
        <w:rPr>
          <w:b/>
        </w:rPr>
        <w:t>结构化预案模板:</w:t>
      </w:r>
      <w:r>
        <w:t>结构化预案模板，快速编制应急预案；步骤清晰、责任明确，按步骤即可执行。</w:t>
      </w:r>
    </w:p>
    <w:p>
      <w:pPr>
        <w:pStyle w:val="ListBullet"/>
      </w:pPr>
      <w:r>
        <w:rPr>
          <w:b/>
        </w:rPr>
        <w:t>版本管理:</w:t>
      </w:r>
      <w:r>
        <w:t>预案版本管理，历史版本可追溯；随时修订更新，确保预案始终最新有效。</w:t>
      </w:r>
    </w:p>
    <w:p>
      <w:pPr>
        <w:pStyle w:val="ListBullet"/>
      </w:pPr>
      <w:r>
        <w:rPr>
          <w:b/>
        </w:rPr>
        <w:t>预案发布通知:</w:t>
      </w:r>
      <w:r>
        <w:t>预案审核、发布、通知全流程；确保相关人员及时获取最新预案，知晓变更内容。</w:t>
      </w:r>
    </w:p>
    <w:p>
      <w:pPr>
        <w:pStyle w:val="ListBullet"/>
      </w:pPr>
      <w:r>
        <w:rPr>
          <w:b/>
        </w:rPr>
        <w:t>移动端随时查阅:</w:t>
      </w:r>
      <w:r>
        <w:t>手机端随时查阅预案内容；紧急情况下无需回到电脑，手机即可按步骤执行。</w:t>
      </w:r>
    </w:p>
    <w:p>
      <w:pPr>
        <w:pStyle w:val="ListBullet"/>
      </w:pPr>
      <w:r>
        <w:rPr>
          <w:b/>
        </w:rPr>
        <w:t>预案关联事故:</w:t>
      </w:r>
      <w:r>
        <w:t>预案与实际事故关联，记录预案执行情况；根据事故反馈持续优化预案内容。</w:t>
      </w:r>
    </w:p>
    <w:p>
      <w:pPr>
        <w:pStyle w:val="ListBullet"/>
      </w:pPr>
      <w:r>
        <w:rPr>
          <w:b/>
        </w:rPr>
        <w:t>演练计划管理:</w:t>
      </w:r>
      <w:r>
        <w:t>年度演练计划、月度演练安排；按计划执行，确保全员覆盖；支持院级/部门级演练。</w:t>
      </w:r>
    </w:p>
    <w:p>
      <w:pPr>
        <w:pStyle w:val="ListBullet"/>
      </w:pPr>
      <w:r>
        <w:rPr>
          <w:b/>
        </w:rPr>
        <w:t>演练全程记录:</w:t>
      </w:r>
      <w:r>
        <w:t>演练时间、参与人员、过程、结果全程记录；支持拍照、视频存证，满足审计要求。</w:t>
      </w:r>
    </w:p>
    <w:p>
      <w:pPr>
        <w:pStyle w:val="ListBullet"/>
      </w:pPr>
      <w:r>
        <w:rPr>
          <w:b/>
        </w:rPr>
        <w:t>演练评估报告:</w:t>
      </w:r>
      <w:r>
        <w:t>演练效果评估、问题总结、改进建议；自动生成演练评估报告，持续提升演练质量。</w:t>
      </w:r>
    </w:p>
    <w:p>
      <w:pPr>
        <w:pStyle w:val="ListBullet"/>
      </w:pPr>
      <w:r>
        <w:rPr>
          <w:b/>
        </w:rPr>
        <w:t>演练统计分析:</w:t>
      </w:r>
      <w:r>
        <w:t>演练完成率、参与率统计；按部门、按类型（火灾/泄漏/触电等）分析演练情况。</w:t>
      </w:r>
    </w:p>
    <w:p>
      <w:pPr>
        <w:pStyle w:val="ListBullet"/>
      </w:pPr>
      <w:r>
        <w:rPr>
          <w:b/>
        </w:rPr>
        <w:t>演练类型丰富:</w:t>
      </w:r>
      <w:r>
        <w:t>支持火灾疏散、化学品泄漏、触电急救、爆炸应急等多种演练类型；模拟真实场景。</w:t>
      </w:r>
    </w:p>
    <w:p>
      <w:pPr>
        <w:pStyle w:val="ListBullet"/>
      </w:pPr>
      <w:r>
        <w:rPr>
          <w:b/>
        </w:rPr>
        <w:t>演练培训结合:</w:t>
      </w:r>
      <w:r>
        <w:t>演练前培训、演练后总结；将演练与培训结合，提升全员应急处置实战能力。</w:t>
      </w:r>
    </w:p>
    <w:p>
      <w:pPr>
        <w:pStyle w:val="ListBullet"/>
      </w:pPr>
      <w:r>
        <w:rPr>
          <w:b/>
        </w:rPr>
        <w:t>物资台账管理:</w:t>
      </w:r>
      <w:r>
        <w:t>应急物资分类管理，数量、位置、有效期全记录；一物一码，扫码管理，快速盘点。</w:t>
      </w:r>
    </w:p>
    <w:p>
      <w:pPr>
        <w:pStyle w:val="ListBullet"/>
      </w:pPr>
      <w:r>
        <w:rPr>
          <w:b/>
        </w:rPr>
        <w:t>定期检查计划:</w:t>
      </w:r>
      <w:r>
        <w:t>定期检查计划、检查记录；确保物资完好可用；检查不合格自动标记，安排更换。</w:t>
      </w:r>
    </w:p>
    <w:p>
      <w:pPr>
        <w:pStyle w:val="ListBullet"/>
      </w:pPr>
      <w:r>
        <w:rPr>
          <w:b/>
        </w:rPr>
        <w:t>有效期预警:</w:t>
      </w:r>
      <w:r>
        <w:t>即将过期物资提前提醒，及时更换；避免紧急时刻使用过期物资，影响处置效果。</w:t>
      </w:r>
    </w:p>
    <w:p>
      <w:pPr>
        <w:pStyle w:val="ListBullet"/>
      </w:pPr>
      <w:r>
        <w:rPr>
          <w:b/>
        </w:rPr>
        <w:t>应急快速调配:</w:t>
      </w:r>
      <w:r>
        <w:t>应急状态下物资快速调配、记录；支持跨部门、跨区域调配，调拨记录完整留痕。</w:t>
      </w:r>
    </w:p>
    <w:p>
      <w:pPr>
        <w:pStyle w:val="ListBullet"/>
      </w:pPr>
      <w:r>
        <w:rPr>
          <w:b/>
        </w:rPr>
        <w:t>使用后自动补充:</w:t>
      </w:r>
      <w:r>
        <w:t>物资使用后自动提醒补充，保持储备充足；支持一键下单采购，快速补充库存。</w:t>
      </w:r>
    </w:p>
    <w:p>
      <w:pPr>
        <w:pStyle w:val="ListBullet"/>
      </w:pPr>
      <w:r>
        <w:rPr>
          <w:b/>
        </w:rPr>
        <w:t>物资分布地图:</w:t>
      </w:r>
      <w:r>
        <w:t>应急物资存放位置在3D场景中标注；紧急时刻快速定位最近物资，缩短取用时间。</w:t>
      </w:r>
    </w:p>
    <w:p>
      <w:pPr>
        <w:pStyle w:val="ListBullet"/>
      </w:pPr>
      <w:r>
        <w:rPr>
          <w:b/>
        </w:rPr>
        <w:t>AI火焰/烟雾识别:</w:t>
      </w:r>
      <w:r>
        <w:t>AI视觉大模型识别火焰、烟雾，秒级报警；误报率低，准确率高；支持多摄像头同时分析。</w:t>
      </w:r>
    </w:p>
    <w:p>
      <w:pPr>
        <w:pStyle w:val="ListBullet"/>
      </w:pPr>
      <w:r>
        <w:rPr>
          <w:b/>
        </w:rPr>
        <w:t>声光报警联动:</w:t>
      </w:r>
      <w:r>
        <w:t>联动声光报警器，现场警示；弹窗提示精准定位事发位置；支持分级报警策略。</w:t>
      </w:r>
    </w:p>
    <w:p>
      <w:pPr>
        <w:pStyle w:val="ListBullet"/>
      </w:pPr>
      <w:r>
        <w:rPr>
          <w:b/>
        </w:rPr>
        <w:t>疏散路线指引:</w:t>
      </w:r>
      <w:r>
        <w:t>3D可视化展示疏散路线，指引人员安全撤离；支持语音广播，引导有序疏散。</w:t>
      </w:r>
    </w:p>
    <w:p>
      <w:pPr>
        <w:pStyle w:val="ListBullet"/>
      </w:pPr>
      <w:r>
        <w:rPr>
          <w:b/>
        </w:rPr>
        <w:t>设备联动控制:</w:t>
      </w:r>
      <w:r>
        <w:t>联动门禁释放（疏散通道畅通）、电梯归底、排风启动、危险源断电；通过MQTT/TCP/HTTP协议控制。</w:t>
      </w:r>
    </w:p>
    <w:p>
      <w:pPr>
        <w:pStyle w:val="ListBullet"/>
      </w:pPr>
      <w:r>
        <w:rPr>
          <w:b/>
        </w:rPr>
        <w:t>即时通知触达:</w:t>
      </w:r>
      <w:r>
        <w:t>短信、APP推送、微信通知，即时触达相关人员；支持分级通知，紧急报警电话+短信+APP三重通知。</w:t>
      </w:r>
    </w:p>
    <w:p>
      <w:pPr>
        <w:pStyle w:val="ListBullet"/>
      </w:pPr>
      <w:r>
        <w:rPr>
          <w:b/>
        </w:rPr>
        <w:t>应急广播系统:</w:t>
      </w:r>
      <w:r>
        <w:t>联动应急广播系统，自动播放疏散指令；支持分区广播，避免恐慌蔓延。</w:t>
      </w:r>
    </w:p>
    <w:p>
      <w:pPr>
        <w:pStyle w:val="ListBullet"/>
      </w:pPr>
      <w:r>
        <w:rPr>
          <w:b/>
        </w:rPr>
        <w:t>事故即时上报:</w:t>
      </w:r>
      <w:r>
        <w:t>事故发生后即时上报，支持图文、视频描述；事故信息完整记录（时间/地点/类型/严重程度）。</w:t>
      </w:r>
    </w:p>
    <w:p>
      <w:pPr>
        <w:pStyle w:val="ListBullet"/>
      </w:pPr>
      <w:r>
        <w:rPr>
          <w:b/>
        </w:rPr>
        <w:t>事故调查管理:</w:t>
      </w:r>
      <w:r>
        <w:t>事故原因调查、责任认定、整改措施；支持多种调查方法（鱼骨图/5Why/故障树）；形成调查报告。</w:t>
      </w:r>
    </w:p>
    <w:p>
      <w:pPr>
        <w:pStyle w:val="ListBullet"/>
      </w:pPr>
      <w:r>
        <w:rPr>
          <w:b/>
        </w:rPr>
        <w:t>事故趋势分析:</w:t>
      </w:r>
      <w:r>
        <w:t>事故类型分布、趋势分析；识别高风险区域、高风险作业；为安全管理提供数据支撑。</w:t>
      </w:r>
    </w:p>
    <w:p>
      <w:pPr>
        <w:pStyle w:val="ListBullet"/>
      </w:pPr>
      <w:r>
        <w:rPr>
          <w:b/>
        </w:rPr>
        <w:t>事故台账管理:</w:t>
      </w:r>
      <w:r>
        <w:t>事故记录、处理结果、整改措施全程记录；可追溯可审计，满足监管检查要求。</w:t>
      </w:r>
    </w:p>
    <w:p>
      <w:pPr>
        <w:pStyle w:val="ListBullet"/>
      </w:pPr>
      <w:r>
        <w:rPr>
          <w:b/>
        </w:rPr>
        <w:t>未遂事件管理:</w:t>
      </w:r>
      <w:r>
        <w:t>未遂事件同样记录管理；分析未遂原因，提前采取措施，防止演变为真实事故。</w:t>
      </w:r>
    </w:p>
    <w:p>
      <w:pPr>
        <w:pStyle w:val="ListBullet"/>
      </w:pPr>
      <w:r>
        <w:rPr>
          <w:b/>
        </w:rPr>
        <w:t>案例警示教育:</w:t>
      </w:r>
      <w:r>
        <w:t>事故案例分享、警示教育；以案为鉴，防止类似事故再次发生；支持案例库分类检索。</w:t>
      </w:r>
    </w:p>
    <w:p>
      <w:pPr>
        <w:pStyle w:val="Heading1"/>
      </w:pPr>
      <w:r>
        <w:t>文档库平台</w:t>
      </w:r>
    </w:p>
    <w:p>
      <w:pPr>
        <w:pStyle w:val="Heading2"/>
      </w:pPr>
      <w:r>
        <w:t>统计分析</w:t>
      </w:r>
    </w:p>
    <w:p>
      <w:pPr>
        <w:pStyle w:val="ListBullet"/>
      </w:pPr>
      <w:r>
        <w:rPr>
          <w:b/>
        </w:rPr>
        <w:t>多级目录分类:</w:t>
      </w:r>
      <w:r>
        <w:t>支持按部门、类型、学科等多维度建立目录树结构；文档标签化管理，快速定位所需文件，告别散乱存储。</w:t>
      </w:r>
    </w:p>
    <w:p>
      <w:pPr>
        <w:pStyle w:val="ListBullet"/>
      </w:pPr>
      <w:r>
        <w:rPr>
          <w:b/>
        </w:rPr>
        <w:t>版本控制与回溯:</w:t>
      </w:r>
      <w:r>
        <w:t>文档每次修改自动保存版本，历史版本可追溯、可对比、可回滚；SOP变更全程留痕，满足体系审核要求。</w:t>
      </w:r>
    </w:p>
    <w:p>
      <w:pPr>
        <w:pStyle w:val="ListBullet"/>
      </w:pPr>
      <w:r>
        <w:rPr>
          <w:b/>
        </w:rPr>
        <w:t>细粒度权限管控:</w:t>
      </w:r>
      <w:r>
        <w:t>按部门、岗位、角色设置查阅/下载/编辑/打印权限；核心文档加密保护，防止未授权泄露。</w:t>
      </w:r>
    </w:p>
    <w:p>
      <w:pPr>
        <w:pStyle w:val="ListBullet"/>
      </w:pPr>
      <w:r>
        <w:rPr>
          <w:b/>
        </w:rPr>
        <w:t>多格式在线预览:</w:t>
      </w:r>
      <w:r>
        <w:t>Word、Excel、PPT、PDF、视频等格式在线预览，无需下载安装；支持水印叠加，防止截屏泄露。</w:t>
      </w:r>
    </w:p>
    <w:p>
      <w:pPr>
        <w:pStyle w:val="ListBullet"/>
      </w:pPr>
      <w:r>
        <w:rPr>
          <w:b/>
        </w:rPr>
        <w:t>全文检索:</w:t>
      </w:r>
      <w:r>
        <w:t>文档内容全文索引，关键词高亮显示；支持按类型、时间、作者等多维筛选，秒级定位所需信息。</w:t>
      </w:r>
    </w:p>
    <w:p>
      <w:pPr>
        <w:pStyle w:val="ListBullet"/>
      </w:pPr>
      <w:r>
        <w:rPr>
          <w:b/>
        </w:rPr>
        <w:t>文档生命周期管理:</w:t>
      </w:r>
      <w:r>
        <w:t>文档从创建→审核→发布→修订→废止全流程管理；到期自动提醒复审，确保文档始终有效。</w:t>
      </w:r>
    </w:p>
    <w:p>
      <w:pPr>
        <w:pStyle w:val="ListBullet"/>
      </w:pPr>
      <w:r>
        <w:rPr>
          <w:b/>
        </w:rPr>
        <w:t>课程库管理:</w:t>
      </w:r>
      <w:r>
        <w:t>安全知识、仪器操作、化学防护、生物安全等课程分类管理；支持视频、PPT、文档、SCORM多种格式上传。</w:t>
      </w:r>
    </w:p>
    <w:p>
      <w:pPr>
        <w:pStyle w:val="ListBullet"/>
      </w:pPr>
      <w:r>
        <w:rPr>
          <w:b/>
        </w:rPr>
        <w:t>学习路径规划:</w:t>
      </w:r>
      <w:r>
        <w:t>按岗位设置必修课、选修课，学习路径清晰；新员工入职→安全培训→岗位技能→考核认证，循序渐进。</w:t>
      </w:r>
    </w:p>
    <w:p>
      <w:pPr>
        <w:pStyle w:val="ListBullet"/>
      </w:pPr>
      <w:r>
        <w:rPr>
          <w:b/>
        </w:rPr>
        <w:t>学习进度追踪:</w:t>
      </w:r>
      <w:r>
        <w:t>学习时长、完成进度实时记录；未完成课程自动提醒，支持断点续学，不中断学习体验。</w:t>
      </w:r>
    </w:p>
    <w:p>
      <w:pPr>
        <w:pStyle w:val="ListBullet"/>
      </w:pPr>
      <w:r>
        <w:rPr>
          <w:b/>
        </w:rPr>
        <w:t>学习笔记与讨论:</w:t>
      </w:r>
      <w:r>
        <w:t>学习过程中可记录笔记、标注重点，支持分享讨论；促进知识交流与团队协作。</w:t>
      </w:r>
    </w:p>
    <w:p>
      <w:pPr>
        <w:pStyle w:val="ListBullet"/>
      </w:pPr>
      <w:r>
        <w:rPr>
          <w:b/>
        </w:rPr>
        <w:t>学习积分激励:</w:t>
      </w:r>
      <w:r>
        <w:t>学习时长、考试成绩、课程分享均可折算积分；积分排行榜激励学习积极性，营造学习型组织。</w:t>
      </w:r>
    </w:p>
    <w:p>
      <w:pPr>
        <w:pStyle w:val="ListBullet"/>
      </w:pPr>
      <w:r>
        <w:rPr>
          <w:b/>
        </w:rPr>
        <w:t>移动端学习:</w:t>
      </w:r>
      <w:r>
        <w:t>手机端随时随地学习，支持离线缓存；通勤、等待时间也能利用，碎片化时间高效学习。</w:t>
      </w:r>
    </w:p>
    <w:p>
      <w:pPr>
        <w:pStyle w:val="ListBullet"/>
      </w:pPr>
      <w:r>
        <w:rPr>
          <w:b/>
        </w:rPr>
        <w:t>培训计划制定:</w:t>
      </w:r>
      <w:r>
        <w:t>年度/季度/月度培训计划管理；按部门、岗位分配培训任务，自动推送待培训提醒，确保全员覆盖。</w:t>
      </w:r>
    </w:p>
    <w:p>
      <w:pPr>
        <w:pStyle w:val="ListBullet"/>
      </w:pPr>
      <w:r>
        <w:rPr>
          <w:b/>
        </w:rPr>
        <w:t>培训签到存证:</w:t>
      </w:r>
      <w:r>
        <w:t>培训签到支持扫码、人脸、GPS定位；培训过程拍照存证，培训时长自动记录，数据不可篡改。</w:t>
      </w:r>
    </w:p>
    <w:p>
      <w:pPr>
        <w:pStyle w:val="ListBullet"/>
      </w:pPr>
      <w:r>
        <w:rPr>
          <w:b/>
        </w:rPr>
        <w:t>培训效果评估:</w:t>
      </w:r>
      <w:r>
        <w:t>培训后在线考核、满意度调查；生成培训效果评估报告，识别薄弱环节，持续改进培训质量。</w:t>
      </w:r>
    </w:p>
    <w:p>
      <w:pPr>
        <w:pStyle w:val="ListBullet"/>
      </w:pPr>
      <w:r>
        <w:rPr>
          <w:b/>
        </w:rPr>
        <w:t>一人一档培训档案:</w:t>
      </w:r>
      <w:r>
        <w:t>完整记录每人培训历程、考试成绩、证书有效期；一人一档，满足审计检查要求。</w:t>
      </w:r>
    </w:p>
    <w:p>
      <w:pPr>
        <w:pStyle w:val="ListBullet"/>
      </w:pPr>
      <w:r>
        <w:rPr>
          <w:b/>
        </w:rPr>
        <w:t>培训矩阵管理:</w:t>
      </w:r>
      <w:r>
        <w:t>按岗位设置必修/选修课程矩阵；自动检测未完成培训项，到期未培训自动升级通知。</w:t>
      </w:r>
    </w:p>
    <w:p>
      <w:pPr>
        <w:pStyle w:val="ListBullet"/>
      </w:pPr>
      <w:r>
        <w:rPr>
          <w:b/>
        </w:rPr>
        <w:t>证书有效期管理:</w:t>
      </w:r>
      <w:r>
        <w:t>安全培训证书、操作资格证书到期提前提醒；支持在线续期考核，防止过期资质上岗。</w:t>
      </w:r>
    </w:p>
    <w:p>
      <w:pPr>
        <w:pStyle w:val="ListBullet"/>
      </w:pPr>
      <w:r>
        <w:rPr>
          <w:b/>
        </w:rPr>
        <w:t>多题型题库管理:</w:t>
      </w:r>
      <w:r>
        <w:t>单选、多选、判断、填空、案例分析等多种题型；支持Excel批量导入、试题标签分类、难度分级。</w:t>
      </w:r>
    </w:p>
    <w:p>
      <w:pPr>
        <w:pStyle w:val="ListBullet"/>
      </w:pPr>
      <w:r>
        <w:rPr>
          <w:b/>
        </w:rPr>
        <w:t>智能组卷:</w:t>
      </w:r>
      <w:r>
        <w:t>按知识点、难度比例随机组卷，每人试卷不同；支持固定试卷和随机试卷两种模式，防作弊。</w:t>
      </w:r>
    </w:p>
    <w:p>
      <w:pPr>
        <w:pStyle w:val="ListBullet"/>
      </w:pPr>
      <w:r>
        <w:rPr>
          <w:b/>
        </w:rPr>
        <w:t>在线考试:</w:t>
      </w:r>
      <w:r>
        <w:t>限时考试、倒计时提醒、自动交卷；防切屏、随机题目顺序、选项打乱，多重防作弊措施。</w:t>
      </w:r>
    </w:p>
    <w:p>
      <w:pPr>
        <w:pStyle w:val="ListBullet"/>
      </w:pPr>
      <w:r>
        <w:rPr>
          <w:b/>
        </w:rPr>
        <w:t>自动判分与成绩:</w:t>
      </w:r>
      <w:r>
        <w:t>客观题自动判分，主观题在线评阅；成绩即时公布，错题自动归集，支持多次补考。</w:t>
      </w:r>
    </w:p>
    <w:p>
      <w:pPr>
        <w:pStyle w:val="ListBullet"/>
      </w:pPr>
      <w:r>
        <w:rPr>
          <w:b/>
        </w:rPr>
        <w:t>考试合格自动授权:</w:t>
      </w:r>
      <w:r>
        <w:t>考试成绩达标自动授予对应实验室准入权限；权限与门禁联动，刷卡/人脸验证即开门。</w:t>
      </w:r>
    </w:p>
    <w:p>
      <w:pPr>
        <w:pStyle w:val="ListBullet"/>
      </w:pPr>
      <w:r>
        <w:rPr>
          <w:b/>
        </w:rPr>
        <w:t>错题分析与补训:</w:t>
      </w:r>
      <w:r>
        <w:t>考试成绩分布、错题统计、知识薄弱点识别；针对性推荐补训课程，精准提升。</w:t>
      </w:r>
    </w:p>
    <w:p>
      <w:pPr>
        <w:pStyle w:val="ListBullet"/>
      </w:pPr>
      <w:r>
        <w:rPr>
          <w:b/>
        </w:rPr>
        <w:t>学习数据统计:</w:t>
      </w:r>
      <w:r>
        <w:t>学习时长、课程完成率、课程热度排行；识别高需求课程，优化培训内容配置。</w:t>
      </w:r>
    </w:p>
    <w:p>
      <w:pPr>
        <w:pStyle w:val="ListBullet"/>
      </w:pPr>
      <w:r>
        <w:rPr>
          <w:b/>
        </w:rPr>
        <w:t>培训数据统计:</w:t>
      </w:r>
      <w:r>
        <w:t>培训计划完成率、全员覆盖率统计；按部门、按类型多维分析，识别培训短板。</w:t>
      </w:r>
    </w:p>
    <w:p>
      <w:pPr>
        <w:pStyle w:val="ListBullet"/>
      </w:pPr>
      <w:r>
        <w:rPr>
          <w:b/>
        </w:rPr>
        <w:t>考试成绩分析:</w:t>
      </w:r>
      <w:r>
        <w:t>考试通过率、平均分、成绩分布统计；按题目统计正确率，识别知识盲区。</w:t>
      </w:r>
    </w:p>
    <w:p>
      <w:pPr>
        <w:pStyle w:val="ListBullet"/>
      </w:pPr>
      <w:r>
        <w:rPr>
          <w:b/>
        </w:rPr>
        <w:t>个人能力画像:</w:t>
      </w:r>
      <w:r>
        <w:t>个人能力雷达图、团队能力分布热力图；量化人员能力水平，为人才发展提供数据依据。</w:t>
      </w:r>
    </w:p>
    <w:p>
      <w:pPr>
        <w:pStyle w:val="ListBullet"/>
      </w:pPr>
      <w:r>
        <w:rPr>
          <w:b/>
        </w:rPr>
        <w:t>合规报表导出:</w:t>
      </w:r>
      <w:r>
        <w:t>培训记录、考试成绩、证书清单等报表一键导出Excel/PDF；满足CMA/CNAS/EHS审计需求。</w:t>
      </w:r>
    </w:p>
    <w:p>
      <w:pPr>
        <w:pStyle w:val="ListBullet"/>
      </w:pPr>
      <w:r>
        <w:rPr>
          <w:b/>
        </w:rPr>
        <w:t>数据看板:</w:t>
      </w:r>
      <w:r>
        <w:t>关键指标实时展示：今日培训人数、本月考试通过率、证书到期预警；大屏模式适合监控中心。</w:t>
      </w:r>
    </w:p>
    <w:p>
      <w:pPr>
        <w:pStyle w:val="Heading1"/>
      </w:pPr>
      <w:r>
        <w:t>物联网平台</w:t>
      </w:r>
    </w:p>
    <w:p>
      <w:pPr>
        <w:pStyle w:val="Heading2"/>
      </w:pPr>
      <w:r>
        <w:t>设备管理</w:t>
      </w:r>
    </w:p>
    <w:p>
      <w:pPr>
        <w:pStyle w:val="ListBullet"/>
      </w:pPr>
      <w:r>
        <w:rPr>
          <w:b/>
        </w:rPr>
        <w:t>MQTT协议:</w:t>
      </w:r>
      <w:r>
        <w:t>支持订阅/发布模式，JSON数据解析；适用于IoT传感器、智能设备等轻量级物联网终端，自动重连机制保障连接稳定。</w:t>
      </w:r>
    </w:p>
    <w:p>
      <w:pPr>
        <w:pStyle w:val="ListBullet"/>
      </w:pPr>
      <w:r>
        <w:rPr>
          <w:b/>
        </w:rPr>
        <w:t>Modbus TCP/RTU:</w:t>
      </w:r>
      <w:r>
        <w:t>支持功能码03/04/06/16，读写保持寄存器、输入寄存器；适用于电力监控、温湿度控制器、工业仪表等传统工业设备。</w:t>
      </w:r>
    </w:p>
    <w:p>
      <w:pPr>
        <w:pStyle w:val="ListBullet"/>
      </w:pPr>
      <w:r>
        <w:rPr>
          <w:b/>
        </w:rPr>
        <w:t>OPC UA协议:</w:t>
      </w:r>
      <w:r>
        <w:t>工业互联标准协议客户端，支持节点读写、方法调用；适用于高端PLC、SCADA系统，支持安全证书认证。</w:t>
      </w:r>
    </w:p>
    <w:p>
      <w:pPr>
        <w:pStyle w:val="ListBullet"/>
      </w:pPr>
      <w:r>
        <w:rPr>
          <w:b/>
        </w:rPr>
        <w:t>HTTP/REST:</w:t>
      </w:r>
      <w:r>
        <w:t>标准RESTful API接入，适用于第三方系统对接、云端设备、智能终端；支持自定义请求头和认证方式。</w:t>
      </w:r>
    </w:p>
    <w:p>
      <w:pPr>
        <w:pStyle w:val="ListBullet"/>
      </w:pPr>
      <w:r>
        <w:rPr>
          <w:b/>
        </w:rPr>
        <w:t>WebSocket:</w:t>
      </w:r>
      <w:r>
        <w:t>全双工通信，实时数据推送；适用于需要双向交互的设备场景，如远程控制、实时视频流。</w:t>
      </w:r>
    </w:p>
    <w:p>
      <w:pPr>
        <w:pStyle w:val="ListBullet"/>
      </w:pPr>
      <w:r>
        <w:rPr>
          <w:b/>
        </w:rPr>
        <w:t>设备模拟器:</w:t>
      </w:r>
      <w:r>
        <w:t>内置设备模拟器，支持模拟Modbus/MQTT/HTTP/OPC UA设备；无需实际硬件即可调试协议、验证逻辑。</w:t>
      </w:r>
    </w:p>
    <w:p>
      <w:pPr>
        <w:pStyle w:val="ListBullet"/>
      </w:pPr>
      <w:r>
        <w:rPr>
          <w:b/>
        </w:rPr>
        <w:t>环境设备自动采集:</w:t>
      </w:r>
      <w:r>
        <w:t>温湿度、水浸、烟雾、可燃/有毒气体浓度等环境参数自动周期采集；后台服务持续运行，无需人工干预。</w:t>
      </w:r>
    </w:p>
    <w:p>
      <w:pPr>
        <w:pStyle w:val="ListBullet"/>
      </w:pPr>
      <w:r>
        <w:rPr>
          <w:b/>
        </w:rPr>
        <w:t>硬件设备统一采集:</w:t>
      </w:r>
      <w:r>
        <w:t>电力参数（电压/电流/功率因数）、安防设备、门禁状态、控制设备统一采集；覆盖实验室全品类硬件。</w:t>
      </w:r>
    </w:p>
    <w:p>
      <w:pPr>
        <w:pStyle w:val="ListBullet"/>
      </w:pPr>
      <w:r>
        <w:rPr>
          <w:b/>
        </w:rPr>
        <w:t>时序数据存储:</w:t>
      </w:r>
      <w:r>
        <w:t>采集数据按时序存储，支持海量历史数据查询；自动归档策略，冷热数据分层，长期保存不丢失。</w:t>
      </w:r>
    </w:p>
    <w:p>
      <w:pPr>
        <w:pStyle w:val="ListBullet"/>
      </w:pPr>
      <w:r>
        <w:rPr>
          <w:b/>
        </w:rPr>
        <w:t>数据清洗与补全:</w:t>
      </w:r>
      <w:r>
        <w:t>异常数据自动过滤、缺失数据智能补全；确保入库数据质量，为分析决策提供可靠基础。</w:t>
      </w:r>
    </w:p>
    <w:p>
      <w:pPr>
        <w:pStyle w:val="ListBullet"/>
      </w:pPr>
      <w:r>
        <w:rPr>
          <w:b/>
        </w:rPr>
        <w:t>SignalR实时推送:</w:t>
      </w:r>
      <w:r>
        <w:t>每5秒将设备数据+告警信息通过SignalR推送到前端；毫秒级延迟，数据实时可见。</w:t>
      </w:r>
    </w:p>
    <w:p>
      <w:pPr>
        <w:pStyle w:val="ListBullet"/>
      </w:pPr>
      <w:r>
        <w:rPr>
          <w:b/>
        </w:rPr>
        <w:t>数据转发与集成:</w:t>
      </w:r>
      <w:r>
        <w:t>采集数据支持通过API、MQTT、Webhook转发至第三方系统；轻松对接ERP、MES等上层应用。</w:t>
      </w:r>
    </w:p>
    <w:p>
      <w:pPr>
        <w:pStyle w:val="ListBullet"/>
      </w:pPr>
      <w:r>
        <w:rPr>
          <w:b/>
        </w:rPr>
        <w:t>告警评估引擎:</w:t>
      </w:r>
      <w:r>
        <w:t>每次采集数据自动与告警规则对比评估；支持按设备类型、设备ID配置独立规则，精准匹配。</w:t>
      </w:r>
    </w:p>
    <w:p>
      <w:pPr>
        <w:pStyle w:val="ListBullet"/>
      </w:pPr>
      <w:r>
        <w:rPr>
          <w:b/>
        </w:rPr>
        <w:t>告警规则配置:</w:t>
      </w:r>
      <w:r>
        <w:t>可视化配置告警参数：阈值上下限、持续时间、告警级别（紧急/高/中/低）；无需编程，拖拽配置。</w:t>
      </w:r>
    </w:p>
    <w:p>
      <w:pPr>
        <w:pStyle w:val="ListBullet"/>
      </w:pPr>
      <w:r>
        <w:rPr>
          <w:b/>
        </w:rPr>
        <w:t>场景联动控制:</w:t>
      </w:r>
      <w:r>
        <w:t>温度超标→自动启动排风；烟雾检测→声光报警+断电；入侵检测→灯光开启+视频弹窗，多场景灵活编排。</w:t>
      </w:r>
    </w:p>
    <w:p>
      <w:pPr>
        <w:pStyle w:val="ListBullet"/>
      </w:pPr>
      <w:r>
        <w:rPr>
          <w:b/>
        </w:rPr>
        <w:t>分级通知推送:</w:t>
      </w:r>
      <w:r>
        <w:t>告警按级别推送不同渠道：APP推送、短信、电话三重通知；确保关键告警不遗漏，秒级触达。</w:t>
      </w:r>
    </w:p>
    <w:p>
      <w:pPr>
        <w:pStyle w:val="ListBullet"/>
      </w:pPr>
      <w:r>
        <w:rPr>
          <w:b/>
        </w:rPr>
        <w:t>AI告警规则推荐:</w:t>
      </w:r>
      <w:r>
        <w:t>AI根据设备类型自动推荐告警规则：温度设备推荐上下限阈值，电力设备推荐过载保护参数，降低配置门槛。</w:t>
      </w:r>
    </w:p>
    <w:p>
      <w:pPr>
        <w:pStyle w:val="ListBullet"/>
      </w:pPr>
      <w:r>
        <w:rPr>
          <w:b/>
        </w:rPr>
        <w:t>联动日志追溯:</w:t>
      </w:r>
      <w:r>
        <w:t>联动触发条件、执行动作、执行结果全程记录；可追溯可审计，满足安全管理要求。</w:t>
      </w:r>
    </w:p>
    <w:p>
      <w:pPr>
        <w:pStyle w:val="ListBullet"/>
      </w:pPr>
      <w:r>
        <w:rPr>
          <w:b/>
        </w:rPr>
        <w:t>实验室3D建模:</w:t>
      </w:r>
      <w:r>
        <w:t>真实还原实验室空间布局，支持楼层→房间→设备三级钻取；设备模型可自定义，直观展示空间关系。</w:t>
      </w:r>
    </w:p>
    <w:p>
      <w:pPr>
        <w:pStyle w:val="ListBullet"/>
      </w:pPr>
      <w:r>
        <w:rPr>
          <w:b/>
        </w:rPr>
        <w:t>实时数据叠加:</w:t>
      </w:r>
      <w:r>
        <w:t>温湿度、气体浓度、电力参数等设备数据在3D场景中实时展示；数据气泡跟随设备位置，一目了然。</w:t>
      </w:r>
    </w:p>
    <w:p>
      <w:pPr>
        <w:pStyle w:val="ListBullet"/>
      </w:pPr>
      <w:r>
        <w:rPr>
          <w:b/>
        </w:rPr>
        <w:t>报警定位高亮:</w:t>
      </w:r>
      <w:r>
        <w:t>报警设备在3D场景中高亮闪烁，视角自动跳转至事发位置；快速定位，缩短应急响应时间。</w:t>
      </w:r>
    </w:p>
    <w:p>
      <w:pPr>
        <w:pStyle w:val="ListBullet"/>
      </w:pPr>
      <w:r>
        <w:rPr>
          <w:b/>
        </w:rPr>
        <w:t>漫游巡检:</w:t>
      </w:r>
      <w:r>
        <w:t>3D场景中预设巡检路线，自动漫游巡检；支持手动操控视角，虚拟巡检不受时间空间限制。</w:t>
      </w:r>
    </w:p>
    <w:p>
      <w:pPr>
        <w:pStyle w:val="ListBullet"/>
      </w:pPr>
      <w:r>
        <w:rPr>
          <w:b/>
        </w:rPr>
        <w:t>视频融合:</w:t>
      </w:r>
      <w:r>
        <w:t>摄像头画面在3D场景中实时播放；RTSP转WebRTC/HLS浏览器直接观看，无需安装插件。</w:t>
      </w:r>
    </w:p>
    <w:p>
      <w:pPr>
        <w:pStyle w:val="ListBullet"/>
      </w:pPr>
      <w:r>
        <w:rPr>
          <w:b/>
        </w:rPr>
        <w:t>大屏展示模式:</w:t>
      </w:r>
      <w:r>
        <w:t>全屏沉浸式展示，自动轮播关键数据；适合监控中心、指挥中心大屏投放，视觉冲击力强。</w:t>
      </w:r>
    </w:p>
    <w:p>
      <w:pPr>
        <w:pStyle w:val="ListBullet"/>
      </w:pPr>
      <w:r>
        <w:rPr>
          <w:b/>
        </w:rPr>
        <w:t>设备台账管理:</w:t>
      </w:r>
      <w:r>
        <w:t>设备参数、安装位置、供应商信息、通信协议全记录；一机一档，设备信息集中管理。</w:t>
      </w:r>
    </w:p>
    <w:p>
      <w:pPr>
        <w:pStyle w:val="ListBullet"/>
      </w:pPr>
      <w:r>
        <w:rPr>
          <w:b/>
        </w:rPr>
        <w:t>物模型管理:</w:t>
      </w:r>
      <w:r>
        <w:t>为每类设备定义属性（温度/湿度）、事件（告警/故障）、服务（远程重启/校准）；物模型标准化，设备接入即插即用。</w:t>
      </w:r>
    </w:p>
    <w:p>
      <w:pPr>
        <w:pStyle w:val="ListBullet"/>
      </w:pPr>
      <w:r>
        <w:rPr>
          <w:b/>
        </w:rPr>
        <w:t>在线状态监控:</w:t>
      </w:r>
      <w:r>
        <w:t>设备在线/离线状态实时显示；连续失败次数统计，离线设备自动检测，异常状态即时报警。</w:t>
      </w:r>
    </w:p>
    <w:p>
      <w:pPr>
        <w:pStyle w:val="ListBullet"/>
      </w:pPr>
      <w:r>
        <w:rPr>
          <w:b/>
        </w:rPr>
        <w:t>远程配置与升级:</w:t>
      </w:r>
      <w:r>
        <w:t>设备配置远程下发、批量修改；固件远程升级，支持灰度发布和版本回滚，无需现场操作。</w:t>
      </w:r>
    </w:p>
    <w:p>
      <w:pPr>
        <w:pStyle w:val="ListBullet"/>
      </w:pPr>
      <w:r>
        <w:rPr>
          <w:b/>
        </w:rPr>
        <w:t>故障诊断:</w:t>
      </w:r>
      <w:r>
        <w:t>设备故障远程诊断、通信日志分析；连续失败次数+最后成功时间追踪，快速定位问题根因。</w:t>
      </w:r>
    </w:p>
    <w:p>
      <w:pPr>
        <w:pStyle w:val="ListBullet"/>
      </w:pPr>
      <w:r>
        <w:rPr>
          <w:b/>
        </w:rPr>
        <w:t>运维工单:</w:t>
      </w:r>
      <w:r>
        <w:t>设备故障自动生成运维工单；工单分配→处理→验收全流程管理，维修记录完整留存。</w:t>
      </w:r>
    </w:p>
    <w:p>
      <w:pPr>
        <w:pStyle w:val="Heading1"/>
      </w:pPr>
      <w:r>
        <w:t>能耗管理平台</w:t>
      </w:r>
    </w:p>
    <w:p>
      <w:pPr>
        <w:pStyle w:val="Heading2"/>
      </w:pPr>
      <w:r>
        <w:t>AI节能</w:t>
      </w:r>
    </w:p>
    <w:p>
      <w:pPr>
        <w:pStyle w:val="ListBullet"/>
      </w:pPr>
      <w:r>
        <w:rPr>
          <w:b/>
        </w:rPr>
        <w:t>用电监测:</w:t>
      </w:r>
      <w:r>
        <w:t>各回路用电数据实时采集，电压、电流、功率因数全参数监测；异常用电（过载/漏电）即时报警，防止电气火灾。</w:t>
      </w:r>
    </w:p>
    <w:p>
      <w:pPr>
        <w:pStyle w:val="ListBullet"/>
      </w:pPr>
      <w:r>
        <w:rPr>
          <w:b/>
        </w:rPr>
        <w:t>用水监测:</w:t>
      </w:r>
      <w:r>
        <w:t>各楼层、各区域用水量实时监测；漏水检测算法，夜间持续流水自动报警；水资源浪费早发现早处理。</w:t>
      </w:r>
    </w:p>
    <w:p>
      <w:pPr>
        <w:pStyle w:val="ListBullet"/>
      </w:pPr>
      <w:r>
        <w:rPr>
          <w:b/>
        </w:rPr>
        <w:t>用气监测:</w:t>
      </w:r>
      <w:r>
        <w:t>天然气、压缩空气等用气量实时监测；压力异常、泄漏检测，自动报警并联动切断阀。</w:t>
      </w:r>
    </w:p>
    <w:p>
      <w:pPr>
        <w:pStyle w:val="ListBullet"/>
      </w:pPr>
      <w:r>
        <w:rPr>
          <w:b/>
        </w:rPr>
        <w:t>分项计量:</w:t>
      </w:r>
      <w:r>
        <w:t>按空调、照明、动力、实验设备等分项计量；清晰掌握各分项能耗占比，识别高耗能环节。</w:t>
      </w:r>
    </w:p>
    <w:p>
      <w:pPr>
        <w:pStyle w:val="ListBullet"/>
      </w:pPr>
      <w:r>
        <w:rPr>
          <w:b/>
        </w:rPr>
        <w:t>今日能耗总览:</w:t>
      </w:r>
      <w:r>
        <w:t>今日用电、用水、用气量及费用实时汇总；同比昨日趋势（↑↓），在线设备数/总设备数一目了然。</w:t>
      </w:r>
    </w:p>
    <w:p>
      <w:pPr>
        <w:pStyle w:val="ListBullet"/>
      </w:pPr>
      <w:r>
        <w:rPr>
          <w:b/>
        </w:rPr>
        <w:t>实时数据看板:</w:t>
      </w:r>
      <w:r>
        <w:t>能耗数据实时展示，关键指标一屏掌握；支持大屏投放模式，适合能源监控中心使用。</w:t>
      </w:r>
    </w:p>
    <w:p>
      <w:pPr>
        <w:pStyle w:val="ListBullet"/>
      </w:pPr>
      <w:r>
        <w:rPr>
          <w:b/>
        </w:rPr>
        <w:t>趋势分析:</w:t>
      </w:r>
      <w:r>
        <w:t>日/周/月/季/年能耗趋势曲线，用电(kWh)、用水(m³)、用气(m³)三线叠加；同比环比对比，识别能耗变化规律。</w:t>
      </w:r>
    </w:p>
    <w:p>
      <w:pPr>
        <w:pStyle w:val="ListBullet"/>
      </w:pPr>
      <w:r>
        <w:rPr>
          <w:b/>
        </w:rPr>
        <w:t>分项能耗分析:</w:t>
      </w:r>
      <w:r>
        <w:t>空调/照明/动力/实验设备各分项占比饼图；识别高耗能设备和高耗能区域，精准施策。</w:t>
      </w:r>
    </w:p>
    <w:p>
      <w:pPr>
        <w:pStyle w:val="ListBullet"/>
      </w:pPr>
      <w:r>
        <w:rPr>
          <w:b/>
        </w:rPr>
        <w:t>区域能耗对比:</w:t>
      </w:r>
      <w:r>
        <w:t>按楼层、房间、部门能耗对比排名；异常高能耗区域自动标记，快速定位能源浪费点。</w:t>
      </w:r>
    </w:p>
    <w:p>
      <w:pPr>
        <w:pStyle w:val="ListBullet"/>
      </w:pPr>
      <w:r>
        <w:rPr>
          <w:b/>
        </w:rPr>
        <w:t>人均/面积能耗:</w:t>
      </w:r>
      <w:r>
        <w:t>人均能耗、单位面积能耗（kWh/m²）计算；与行业标准对标，评估能耗使用效率。</w:t>
      </w:r>
    </w:p>
    <w:p>
      <w:pPr>
        <w:pStyle w:val="ListBullet"/>
      </w:pPr>
      <w:r>
        <w:rPr>
          <w:b/>
        </w:rPr>
        <w:t>能耗对标:</w:t>
      </w:r>
      <w:r>
        <w:t>与历史同期、行业标杆对标分析；超标区域自动标红，节能潜力一目了然。</w:t>
      </w:r>
    </w:p>
    <w:p>
      <w:pPr>
        <w:pStyle w:val="ListBullet"/>
      </w:pPr>
      <w:r>
        <w:rPr>
          <w:b/>
        </w:rPr>
        <w:t>异常能耗识别:</w:t>
      </w:r>
      <w:r>
        <w:t>AI算法自动识别异常能耗模式：夜间高用电、假期持续运行等；异常即预警，浪费早发现。</w:t>
      </w:r>
    </w:p>
    <w:p>
      <w:pPr>
        <w:pStyle w:val="ListBullet"/>
      </w:pPr>
      <w:r>
        <w:rPr>
          <w:b/>
        </w:rPr>
        <w:t>自动费用计算:</w:t>
      </w:r>
      <w:r>
        <w:t>电费0.85元/kWh、水费5.5元/m³、气费3.2元/m³自动核算；支持自定义单价，适配不同地区价格。</w:t>
      </w:r>
    </w:p>
    <w:p>
      <w:pPr>
        <w:pStyle w:val="ListBullet"/>
      </w:pPr>
      <w:r>
        <w:rPr>
          <w:b/>
        </w:rPr>
        <w:t>分时电价支持:</w:t>
      </w:r>
      <w:r>
        <w:t>支持峰谷平分时电价、阶梯电价配置；精准计算实际电费，指导错峰用电降低电费支出。</w:t>
      </w:r>
    </w:p>
    <w:p>
      <w:pPr>
        <w:pStyle w:val="ListBullet"/>
      </w:pPr>
      <w:r>
        <w:rPr>
          <w:b/>
        </w:rPr>
        <w:t>费用趋势统计:</w:t>
      </w:r>
      <w:r>
        <w:t>周/月/季/年费用趋势曲线；电费、水费、气费分项展示，总费用一目了然。</w:t>
      </w:r>
    </w:p>
    <w:p>
      <w:pPr>
        <w:pStyle w:val="ListBullet"/>
      </w:pPr>
      <w:r>
        <w:rPr>
          <w:b/>
        </w:rPr>
        <w:t>部门费用分摊:</w:t>
      </w:r>
      <w:r>
        <w:t>按部门、按项目、按区域分摊能耗费用；各部门使用成本清晰透明，促进节能意识。</w:t>
      </w:r>
    </w:p>
    <w:p>
      <w:pPr>
        <w:pStyle w:val="ListBullet"/>
      </w:pPr>
      <w:r>
        <w:rPr>
          <w:b/>
        </w:rPr>
        <w:t>账单自动生成:</w:t>
      </w:r>
      <w:r>
        <w:t>月度账单自动生成，支持按部门/项目导出；在线对账、退费审批，财务流程规范化。</w:t>
      </w:r>
    </w:p>
    <w:p>
      <w:pPr>
        <w:pStyle w:val="ListBullet"/>
      </w:pPr>
      <w:r>
        <w:rPr>
          <w:b/>
        </w:rPr>
        <w:t>报表导出:</w:t>
      </w:r>
      <w:r>
        <w:t>Excel/PDF格式报表导出；满足财务汇报、能源审计、ESG披露等多场景需求。</w:t>
      </w:r>
    </w:p>
    <w:p>
      <w:pPr>
        <w:pStyle w:val="ListBullet"/>
      </w:pPr>
      <w:r>
        <w:rPr>
          <w:b/>
        </w:rPr>
        <w:t>碳排放自动核算:</w:t>
      </w:r>
      <w:r>
        <w:t>用电量×0.5839 kgCO₂/kWh自动计算碳排放；支持按日/月/年周期统计，碳排放数据实时更新。</w:t>
      </w:r>
    </w:p>
    <w:p>
      <w:pPr>
        <w:pStyle w:val="ListBullet"/>
      </w:pPr>
      <w:r>
        <w:rPr>
          <w:b/>
        </w:rPr>
        <w:t>碳足迹追踪:</w:t>
      </w:r>
      <w:r>
        <w:t>按区域、按设备、按部门追踪碳排放分布；识别高碳排放源，为减排提供数据依据。</w:t>
      </w:r>
    </w:p>
    <w:p>
      <w:pPr>
        <w:pStyle w:val="ListBullet"/>
      </w:pPr>
      <w:r>
        <w:rPr>
          <w:b/>
        </w:rPr>
        <w:t>减排效果量化:</w:t>
      </w:r>
      <w:r>
        <w:t>节能措施实施前后碳排放对比；减排效果量化分析（kgCO₂），评估节能投资回报。</w:t>
      </w:r>
    </w:p>
    <w:p>
      <w:pPr>
        <w:pStyle w:val="ListBullet"/>
      </w:pPr>
      <w:r>
        <w:rPr>
          <w:b/>
        </w:rPr>
        <w:t>碳报告生成:</w:t>
      </w:r>
      <w:r>
        <w:t>自动生成碳排放报告，包含排放量、趋势、减排成效；满足ESG披露要求和碳中和审计。</w:t>
      </w:r>
    </w:p>
    <w:p>
      <w:pPr>
        <w:pStyle w:val="ListBullet"/>
      </w:pPr>
      <w:r>
        <w:rPr>
          <w:b/>
        </w:rPr>
        <w:t>碳配额管理:</w:t>
      </w:r>
      <w:r>
        <w:t>碳配额使用情况跟踪，超标预警；碳交易记录管理，助力碳资产精细化管理。</w:t>
      </w:r>
    </w:p>
    <w:p>
      <w:pPr>
        <w:pStyle w:val="ListBullet"/>
      </w:pPr>
      <w:r>
        <w:rPr>
          <w:b/>
        </w:rPr>
        <w:t>碳中和路径:</w:t>
      </w:r>
      <w:r>
        <w:t>基于当前排放数据，AI规划碳中和路径；推荐光伏、储能等清洁能源方案，加速绿色转型。</w:t>
      </w:r>
    </w:p>
    <w:p>
      <w:pPr>
        <w:pStyle w:val="ListBullet"/>
      </w:pPr>
      <w:r>
        <w:rPr>
          <w:b/>
        </w:rPr>
        <w:t>高耗能环节识别:</w:t>
      </w:r>
      <w:r>
        <w:t>AI自动分析能耗数据，按类型排序识别Top 3高耗能环节；精准定位节能重点，投资有的放矢。</w:t>
      </w:r>
    </w:p>
    <w:p>
      <w:pPr>
        <w:pStyle w:val="ListBullet"/>
      </w:pPr>
      <w:r>
        <w:rPr>
          <w:b/>
        </w:rPr>
        <w:t>针对性节能措施:</w:t>
      </w:r>
      <w:r>
        <w:t>电力：智能照明+变频设备+空调优化（预期节电15%）；水务：节水器具+管网修复+循环用水（预期节水20%）。</w:t>
      </w:r>
    </w:p>
    <w:p>
      <w:pPr>
        <w:pStyle w:val="ListBullet"/>
      </w:pPr>
      <w:r>
        <w:rPr>
          <w:b/>
        </w:rPr>
        <w:t>大语言模型增强:</w:t>
      </w:r>
      <w:r>
        <w:t>AI节能专家角色Prompt，结合实时能耗数据由大语言模型生成专业节能方案；建议更精准、更具可操作性。</w:t>
      </w:r>
    </w:p>
    <w:p>
      <w:pPr>
        <w:pStyle w:val="ListBullet"/>
      </w:pPr>
      <w:r>
        <w:rPr>
          <w:b/>
        </w:rPr>
        <w:t>节能优先级排序:</w:t>
      </w:r>
      <w:r>
        <w:t>按费用支出自动标注优先级（高/中/低）；优先处理高支出环节，投入产出比最大化。</w:t>
      </w:r>
    </w:p>
    <w:p>
      <w:pPr>
        <w:pStyle w:val="ListBullet"/>
      </w:pPr>
      <w:r>
        <w:rPr>
          <w:b/>
        </w:rPr>
        <w:t>节能效果预测:</w:t>
      </w:r>
      <w:r>
        <w:t>实施节能措施后预期节省费用预测；量化节能投资回报，辅助管理层决策。</w:t>
      </w:r>
    </w:p>
    <w:p>
      <w:pPr>
        <w:pStyle w:val="ListBullet"/>
      </w:pPr>
      <w:r>
        <w:rPr>
          <w:b/>
        </w:rPr>
        <w:t>持续优化闭环:</w:t>
      </w:r>
      <w:r>
        <w:t>节能措施实施后持续监测效果；AI对比预期与实际节能量，动态调整策略，PDCA持续改进。</w:t>
      </w:r>
    </w:p>
    <w:p>
      <w:pPr>
        <w:pStyle w:val="Heading1"/>
      </w:pPr>
      <w:r>
        <w:t>仪器/实验室预约平台</w:t>
      </w:r>
    </w:p>
    <w:p>
      <w:pPr>
        <w:pStyle w:val="Heading2"/>
      </w:pPr>
      <w:r>
        <w:t>统计分析</w:t>
      </w:r>
    </w:p>
    <w:p>
      <w:pPr>
        <w:pStyle w:val="ListBullet"/>
      </w:pPr>
      <w:r>
        <w:rPr>
          <w:b/>
        </w:rPr>
        <w:t>日历视图预约:</w:t>
      </w:r>
      <w:r>
        <w:t>按日/周/月查看设备可用时段；颜色区分已预约（红）、空闲（绿）、维护中（灰），直观选择时段。</w:t>
      </w:r>
    </w:p>
    <w:p>
      <w:pPr>
        <w:pStyle w:val="ListBullet"/>
      </w:pPr>
      <w:r>
        <w:rPr>
          <w:b/>
        </w:rPr>
        <w:t>冲突自动检测:</w:t>
      </w:r>
      <w:r>
        <w:t>预约时系统自动检测时段冲突，精确到分钟级别；冲突即拦截，支持候补排队机制。</w:t>
      </w:r>
    </w:p>
    <w:p>
      <w:pPr>
        <w:pStyle w:val="ListBullet"/>
      </w:pPr>
      <w:r>
        <w:rPr>
          <w:b/>
        </w:rPr>
        <w:t>灵活审批流程:</w:t>
      </w:r>
      <w:r>
        <w:t>支持免审批、单级审批、多级审批三种模式；按设备类型灵活配置，审批结果即时通知。</w:t>
      </w:r>
    </w:p>
    <w:p>
      <w:pPr>
        <w:pStyle w:val="ListBullet"/>
      </w:pPr>
      <w:r>
        <w:rPr>
          <w:b/>
        </w:rPr>
        <w:t>预约规则配置:</w:t>
      </w:r>
      <w:r>
        <w:t>最大预约时长、提前预约天数、取消截止时间（如开始前2小时不可取消）；防止恶意占位。</w:t>
      </w:r>
    </w:p>
    <w:p>
      <w:pPr>
        <w:pStyle w:val="ListBullet"/>
      </w:pPr>
      <w:r>
        <w:rPr>
          <w:b/>
        </w:rPr>
        <w:t>通知提醒:</w:t>
      </w:r>
      <w:r>
        <w:t>预约成功、审批通过/驳回、即将开始、超时未签到，自动推送站内通知+APP消息。</w:t>
      </w:r>
    </w:p>
    <w:p>
      <w:pPr>
        <w:pStyle w:val="ListBullet"/>
      </w:pPr>
      <w:r>
        <w:rPr>
          <w:b/>
        </w:rPr>
        <w:t>容量管控:</w:t>
      </w:r>
      <w:r>
        <w:t>设备可设置最大容纳人数，预约时自动校验；超员预约直接拒绝，保障实验安全。</w:t>
      </w:r>
    </w:p>
    <w:p>
      <w:pPr>
        <w:pStyle w:val="ListBullet"/>
      </w:pPr>
      <w:r>
        <w:rPr>
          <w:b/>
        </w:rPr>
        <w:t>角色权限管理:</w:t>
      </w:r>
      <w:r>
        <w:t>按角色设置可预约设备范围；学生、教师、管理员权限不同，未授权人员无法预约。</w:t>
      </w:r>
    </w:p>
    <w:p>
      <w:pPr>
        <w:pStyle w:val="ListBullet"/>
      </w:pPr>
      <w:r>
        <w:rPr>
          <w:b/>
        </w:rPr>
        <w:t>培训准入联动:</w:t>
      </w:r>
      <w:r>
        <w:t>完成培训并通过考试后，自动授权对应设备预约权限；证书到期自动收回权限。</w:t>
      </w:r>
    </w:p>
    <w:p>
      <w:pPr>
        <w:pStyle w:val="ListBullet"/>
      </w:pPr>
      <w:r>
        <w:rPr>
          <w:b/>
        </w:rPr>
        <w:t>时段管控:</w:t>
      </w:r>
      <w:r>
        <w:t>按设备设置可预约时段（工作时间/非工作时间）；特殊时段需额外审批，夜间实验加强管控。</w:t>
      </w:r>
    </w:p>
    <w:p>
      <w:pPr>
        <w:pStyle w:val="ListBullet"/>
      </w:pPr>
      <w:r>
        <w:rPr>
          <w:b/>
        </w:rPr>
        <w:t>黑名单管理:</w:t>
      </w:r>
      <w:r>
        <w:t>多次爽约（no_show）、违规操作人员自动加入黑名单；限制预约权限，限期整改后方可恢复。</w:t>
      </w:r>
    </w:p>
    <w:p>
      <w:pPr>
        <w:pStyle w:val="ListBullet"/>
      </w:pPr>
      <w:r>
        <w:rPr>
          <w:b/>
        </w:rPr>
        <w:t>跨部门共享:</w:t>
      </w:r>
      <w:r>
        <w:t>支持跨部门、跨课题组设备共享；配置共享规则和优先级，大型仪器面向全校/全所开放。</w:t>
      </w:r>
    </w:p>
    <w:p>
      <w:pPr>
        <w:pStyle w:val="ListBullet"/>
      </w:pPr>
      <w:r>
        <w:rPr>
          <w:b/>
        </w:rPr>
        <w:t>门禁联动:</w:t>
      </w:r>
      <w:r>
        <w:t>预约审批通过后，授权信息同步到门禁系统；扫码/人脸验证进入，未预约无法开门。</w:t>
      </w:r>
    </w:p>
    <w:p>
      <w:pPr>
        <w:pStyle w:val="ListBullet"/>
      </w:pPr>
      <w:r>
        <w:rPr>
          <w:b/>
        </w:rPr>
        <w:t>扫码签到:</w:t>
      </w:r>
      <w:r>
        <w:t>到达现场扫描设备二维码签到，自动记录CheckInTime；支持人脸/刷卡多种签到方式。</w:t>
      </w:r>
    </w:p>
    <w:p>
      <w:pPr>
        <w:pStyle w:val="ListBullet"/>
      </w:pPr>
      <w:r>
        <w:rPr>
          <w:b/>
        </w:rPr>
        <w:t>超时自动释放:</w:t>
      </w:r>
      <w:r>
        <w:t>预约开始后未签到自动提醒；超时15分钟未签到，系统自动释放时段并标记no_show。</w:t>
      </w:r>
    </w:p>
    <w:p>
      <w:pPr>
        <w:pStyle w:val="ListBullet"/>
      </w:pPr>
      <w:r>
        <w:rPr>
          <w:b/>
        </w:rPr>
        <w:t>延时续用:</w:t>
      </w:r>
      <w:r>
        <w:t>使用结束前可申请延时；如后续无其他预约，系统自动批准延时，无需重新预约。</w:t>
      </w:r>
    </w:p>
    <w:p>
      <w:pPr>
        <w:pStyle w:val="ListBullet"/>
      </w:pPr>
      <w:r>
        <w:rPr>
          <w:b/>
        </w:rPr>
        <w:t>扫码签退:</w:t>
      </w:r>
      <w:r>
        <w:t>使用结束扫码签退，自动记录CheckOutTime；实际使用时长精确到分钟，为计费提供准确依据。</w:t>
      </w:r>
    </w:p>
    <w:p>
      <w:pPr>
        <w:pStyle w:val="ListBullet"/>
      </w:pPr>
      <w:r>
        <w:rPr>
          <w:b/>
        </w:rPr>
        <w:t>使用记录留痕:</w:t>
      </w:r>
      <w:r>
        <w:t>签到时间、签退时间、实际使用时长、用途、参与人数全程记录；支持异常标记和追溯查询。</w:t>
      </w:r>
    </w:p>
    <w:p>
      <w:pPr>
        <w:pStyle w:val="ListBullet"/>
      </w:pPr>
      <w:r>
        <w:rPr>
          <w:b/>
        </w:rPr>
        <w:t>使用评价:</w:t>
      </w:r>
      <w:r>
        <w:t>使用结束后可对设备评分（1-5星）；评分自动汇总到设备AvgRating，为其他用户提供参考。</w:t>
      </w:r>
    </w:p>
    <w:p>
      <w:pPr>
        <w:pStyle w:val="ListBullet"/>
      </w:pPr>
      <w:r>
        <w:rPr>
          <w:b/>
        </w:rPr>
        <w:t>按分钟精确计费:</w:t>
      </w:r>
      <w:r>
        <w:t>费用 = 实际时长÷60 × 小时费率；精确到分钟，不多收不少收，公平透明。</w:t>
      </w:r>
    </w:p>
    <w:p>
      <w:pPr>
        <w:pStyle w:val="ListBullet"/>
      </w:pPr>
      <w:r>
        <w:rPr>
          <w:b/>
        </w:rPr>
        <w:t>差异化费率:</w:t>
      </w:r>
      <w:r>
        <w:t>校内/校外/企业不同费率；教师/学生/社会人员差异化定价，满足大型仪器共享收费要求。</w:t>
      </w:r>
    </w:p>
    <w:p>
      <w:pPr>
        <w:pStyle w:val="ListBullet"/>
      </w:pPr>
      <w:r>
        <w:rPr>
          <w:b/>
        </w:rPr>
        <w:t>多人自动分摊:</w:t>
      </w:r>
      <w:r>
        <w:t>多人共用设备时，按各自使用时长自动分摊费用；支持按比例手动调整，灵活适应不同场景。</w:t>
      </w:r>
    </w:p>
    <w:p>
      <w:pPr>
        <w:pStyle w:val="ListBullet"/>
      </w:pPr>
      <w:r>
        <w:rPr>
          <w:b/>
        </w:rPr>
        <w:t>账单自动生成:</w:t>
      </w:r>
      <w:r>
        <w:t>个人/部门/项目账单按月自动生成；支持账单导出Excel、在线对账、退费审批流程。</w:t>
      </w:r>
    </w:p>
    <w:p>
      <w:pPr>
        <w:pStyle w:val="ListBullet"/>
      </w:pPr>
      <w:r>
        <w:rPr>
          <w:b/>
        </w:rPr>
        <w:t>多种结算方式:</w:t>
      </w:r>
      <w:r>
        <w:t>支持月结、项目扣款、预付费等多种结算方式；满足不同机构财务管理要求。</w:t>
      </w:r>
    </w:p>
    <w:p>
      <w:pPr>
        <w:pStyle w:val="ListBullet"/>
      </w:pPr>
      <w:r>
        <w:rPr>
          <w:b/>
        </w:rPr>
        <w:t>欠费提醒:</w:t>
      </w:r>
      <w:r>
        <w:t>预付费余额不足自动提醒；欠费用户限制预约权限，缴费后自动恢复。</w:t>
      </w:r>
    </w:p>
    <w:p>
      <w:pPr>
        <w:pStyle w:val="ListBullet"/>
      </w:pPr>
      <w:r>
        <w:rPr>
          <w:b/>
        </w:rPr>
        <w:t>设备利用率:</w:t>
      </w:r>
      <w:r>
        <w:t>设备使用时长÷可用时长占比分析；识别低效设备，优化配置或淘汰，提高资产投资回报。</w:t>
      </w:r>
    </w:p>
    <w:p>
      <w:pPr>
        <w:pStyle w:val="ListBullet"/>
      </w:pPr>
      <w:r>
        <w:rPr>
          <w:b/>
        </w:rPr>
        <w:t>预约趋势分析:</w:t>
      </w:r>
      <w:r>
        <w:t>预约量按日/周/月趋势曲线；高峰时段统计、爽约率分析；为设备采购和管理决策提供数据支撑。</w:t>
      </w:r>
    </w:p>
    <w:p>
      <w:pPr>
        <w:pStyle w:val="ListBullet"/>
      </w:pPr>
      <w:r>
        <w:rPr>
          <w:b/>
        </w:rPr>
        <w:t>Top10设备排行:</w:t>
      </w:r>
      <w:r>
        <w:t>按预约次数和使用时长排名Top10设备；识别最抢手设备和最低频设备，优化资源配置。</w:t>
      </w:r>
    </w:p>
    <w:p>
      <w:pPr>
        <w:pStyle w:val="ListBullet"/>
      </w:pPr>
      <w:r>
        <w:rPr>
          <w:b/>
        </w:rPr>
        <w:t>部门使用报表:</w:t>
      </w:r>
      <w:r>
        <w:t>各部门设备使用量、费用统计、利用率排名；多维度对比分析，为部门考核提供数据。</w:t>
      </w:r>
    </w:p>
    <w:p>
      <w:pPr>
        <w:pStyle w:val="ListBullet"/>
      </w:pPr>
      <w:r>
        <w:rPr>
          <w:b/>
        </w:rPr>
        <w:t>用户画像:</w:t>
      </w:r>
      <w:r>
        <w:t>各用户预约频次、使用时长、费用统计；识别活跃用户与低频用户，针对性推广培训。</w:t>
      </w:r>
    </w:p>
    <w:p>
      <w:pPr>
        <w:pStyle w:val="ListBullet"/>
      </w:pPr>
      <w:r>
        <w:rPr>
          <w:b/>
        </w:rPr>
        <w:t>开放共享上报:</w:t>
      </w:r>
      <w:r>
        <w:t>大型仪器开放共享数据自动统计；满足科技部大型仪器共享平台数据上报要求，合规无忧。</w:t>
      </w:r>
    </w:p>
    <w:p>
      <w:pPr>
        <w:pStyle w:val="Heading1"/>
      </w:pPr>
      <w:r>
        <w:t>AI 能力中心</w:t>
      </w:r>
    </w:p>
    <w:p>
      <w:pPr>
        <w:pStyle w:val="Heading2"/>
      </w:pPr>
      <w:r>
        <w:t>AI辅助决策</w:t>
      </w:r>
    </w:p>
    <w:p>
      <w:pPr>
        <w:pStyle w:val="ListBullet"/>
      </w:pPr>
      <w:r>
        <w:rPr>
          <w:b/>
        </w:rPr>
        <w:t>自动巡检方案:</w:t>
      </w:r>
      <w:r>
        <w:t>支持日常/夜间/专项三种巡检方案；AI按路线自动轮播摄像头画面，每个点位停留指定时间截帧分析。</w:t>
      </w:r>
    </w:p>
    <w:p>
      <w:pPr>
        <w:pStyle w:val="ListBullet"/>
      </w:pPr>
      <w:r>
        <w:rPr>
          <w:b/>
        </w:rPr>
        <w:t>多类违规识别:</w:t>
      </w:r>
      <w:r>
        <w:t>人员防护（安全帽/背心/护目镜/手套/实验服）、违规行为（吸烟/打电话/饮食）、环境安全（火焰/烟雾/入侵）全覆盖。</w:t>
      </w:r>
    </w:p>
    <w:p>
      <w:pPr>
        <w:pStyle w:val="ListBullet"/>
      </w:pPr>
      <w:r>
        <w:rPr>
          <w:b/>
        </w:rPr>
        <w:t>三级AI降级策略:</w:t>
      </w:r>
      <w:r>
        <w:t>视觉大模型→OCR+文本模型→规则引擎；确保任何网络环境下都有分析能力，不中断巡检。</w:t>
      </w:r>
    </w:p>
    <w:p>
      <w:pPr>
        <w:pStyle w:val="ListBullet"/>
      </w:pPr>
      <w:r>
        <w:rPr>
          <w:b/>
        </w:rPr>
        <w:t>本地快速预筛:</w:t>
      </w:r>
      <w:r>
        <w:t>目标检测模型约100ms完成预筛，仅对疑似画面调用大模型深度分析；节省90%算力，支持更多摄像头并发。</w:t>
      </w:r>
    </w:p>
    <w:p>
      <w:pPr>
        <w:pStyle w:val="ListBullet"/>
      </w:pPr>
      <w:r>
        <w:rPr>
          <w:b/>
        </w:rPr>
        <w:t>巡检报告自动生成:</w:t>
      </w:r>
      <w:r>
        <w:t>巡检完成后自动生成报告：检测记录、合规率统计、异常汇总、截图存证；减少90%人工记录工作。</w:t>
      </w:r>
    </w:p>
    <w:p>
      <w:pPr>
        <w:pStyle w:val="ListBullet"/>
      </w:pPr>
      <w:r>
        <w:rPr>
          <w:b/>
        </w:rPr>
        <w:t>一致性投票机制:</w:t>
      </w:r>
      <w:r>
        <w:t>同一摄像头连续多帧分析结果一致性投票确认；降低误报率，避免单次误判触发不必要的报警。</w:t>
      </w:r>
    </w:p>
    <w:p>
      <w:pPr>
        <w:pStyle w:val="ListBullet"/>
      </w:pPr>
      <w:r>
        <w:rPr>
          <w:b/>
        </w:rPr>
        <w:t>自动报警:</w:t>
      </w:r>
      <w:r>
        <w:t>检测到异常后自动触发报警流程；按级别推送通知（APP/短信/电话），支持分级报警策略配置。</w:t>
      </w:r>
    </w:p>
    <w:p>
      <w:pPr>
        <w:pStyle w:val="ListBullet"/>
      </w:pPr>
      <w:r>
        <w:rPr>
          <w:b/>
        </w:rPr>
        <w:t>自动派单:</w:t>
      </w:r>
      <w:r>
        <w:t>隐患发现后自动生成整改工单，按区域/类型分配责任人，设定整改期限；全流程自动流转。</w:t>
      </w:r>
    </w:p>
    <w:p>
      <w:pPr>
        <w:pStyle w:val="ListBullet"/>
      </w:pPr>
      <w:r>
        <w:rPr>
          <w:b/>
        </w:rPr>
        <w:t>自动统计:</w:t>
      </w:r>
      <w:r>
        <w:t>巡检数据、报警数据、合规数据自动汇总统计；报表自动生成，无需人工整理，数据实时可查。</w:t>
      </w:r>
    </w:p>
    <w:p>
      <w:pPr>
        <w:pStyle w:val="ListBullet"/>
      </w:pPr>
      <w:r>
        <w:rPr>
          <w:b/>
        </w:rPr>
        <w:t>设备联动控制:</w:t>
      </w:r>
      <w:r>
        <w:t>检测到异常自动联动排风、断电、声光报警等设备；通过MQTT/TCP/HTTP协议秒级下发控制指令。</w:t>
      </w:r>
    </w:p>
    <w:p>
      <w:pPr>
        <w:pStyle w:val="ListBullet"/>
      </w:pPr>
      <w:r>
        <w:rPr>
          <w:b/>
        </w:rPr>
        <w:t>流程可视化编排:</w:t>
      </w:r>
      <w:r>
        <w:t>可视化配置自动化规则：条件组合、分支判断、定时触发；灵活适配不同管理场景。</w:t>
      </w:r>
    </w:p>
    <w:p>
      <w:pPr>
        <w:pStyle w:val="ListBullet"/>
      </w:pPr>
      <w:r>
        <w:rPr>
          <w:b/>
        </w:rPr>
        <w:t>多题型题库:</w:t>
      </w:r>
      <w:r>
        <w:t>单选、多选、判断、填空、案例分析等多种题型；Excel批量导入、试题标签分类、难度分级管理。</w:t>
      </w:r>
    </w:p>
    <w:p>
      <w:pPr>
        <w:pStyle w:val="ListBullet"/>
      </w:pPr>
      <w:r>
        <w:rPr>
          <w:b/>
        </w:rPr>
        <w:t>智能组卷防作弊:</w:t>
      </w:r>
      <w:r>
        <w:t>按知识点、难度比例随机组卷，每人试卷不同；限时考试、防切屏、选项打乱，多重防作弊。</w:t>
      </w:r>
    </w:p>
    <w:p>
      <w:pPr>
        <w:pStyle w:val="ListBullet"/>
      </w:pPr>
      <w:r>
        <w:rPr>
          <w:b/>
        </w:rPr>
        <w:t>线上培训课程:</w:t>
      </w:r>
      <w:r>
        <w:t>安全知识、操作技能、管理方法等课程分类管理；支持视频、PPT、文档多种格式，断点续学。</w:t>
      </w:r>
    </w:p>
    <w:p>
      <w:pPr>
        <w:pStyle w:val="ListBullet"/>
      </w:pPr>
      <w:r>
        <w:rPr>
          <w:b/>
        </w:rPr>
        <w:t>培训矩阵:</w:t>
      </w:r>
      <w:r>
        <w:t>按岗位设置必修课程，自动提醒未完成培训；确保人人持证上岗，满足EHS合规要求。</w:t>
      </w:r>
    </w:p>
    <w:p>
      <w:pPr>
        <w:pStyle w:val="ListBullet"/>
      </w:pPr>
      <w:r>
        <w:rPr>
          <w:b/>
        </w:rPr>
        <w:t>一人一档:</w:t>
      </w:r>
      <w:r>
        <w:t>完整记录培训历程、考试成绩、证书有效期；一人一档，满足CMA/CNAS审计检查。</w:t>
      </w:r>
    </w:p>
    <w:p>
      <w:pPr>
        <w:pStyle w:val="ListBullet"/>
      </w:pPr>
      <w:r>
        <w:rPr>
          <w:b/>
        </w:rPr>
        <w:t>错题分析与补训:</w:t>
      </w:r>
      <w:r>
        <w:t>考试成绩分布、错题统计、知识薄弱点识别；针对性推荐补训课程，精准提升能力。</w:t>
      </w:r>
    </w:p>
    <w:p>
      <w:pPr>
        <w:pStyle w:val="ListBullet"/>
      </w:pPr>
      <w:r>
        <w:rPr>
          <w:b/>
        </w:rPr>
        <w:t>考试合格自动授权:</w:t>
      </w:r>
      <w:r>
        <w:t>考试成绩达标后系统自动授予对应实验室准入权限；无需人工审批，即时生效。</w:t>
      </w:r>
    </w:p>
    <w:p>
      <w:pPr>
        <w:pStyle w:val="ListBullet"/>
      </w:pPr>
      <w:r>
        <w:rPr>
          <w:b/>
        </w:rPr>
        <w:t>权限分级管控:</w:t>
      </w:r>
      <w:r>
        <w:t>按实验室类型（化学/生物/辐射）、危险等级设置不同准入级别；精准管控，防止越权进入。</w:t>
      </w:r>
    </w:p>
    <w:p>
      <w:pPr>
        <w:pStyle w:val="ListBullet"/>
      </w:pPr>
      <w:r>
        <w:rPr>
          <w:b/>
        </w:rPr>
        <w:t>到期自动提醒:</w:t>
      </w:r>
      <w:r>
        <w:t>准入权限到期自动提醒，需重新考核续期；防止过期权限被滥用，确保持续合规。</w:t>
      </w:r>
    </w:p>
    <w:p>
      <w:pPr>
        <w:pStyle w:val="ListBullet"/>
      </w:pPr>
      <w:r>
        <w:rPr>
          <w:b/>
        </w:rPr>
        <w:t>门禁联动:</w:t>
      </w:r>
      <w:r>
        <w:t>授权信息与门禁系统联动，刷卡/人脸验证后自动开门；未授权人员无法进入，精准管控。</w:t>
      </w:r>
    </w:p>
    <w:p>
      <w:pPr>
        <w:pStyle w:val="ListBullet"/>
      </w:pPr>
      <w:r>
        <w:rPr>
          <w:b/>
        </w:rPr>
        <w:t>出入记录留痕:</w:t>
      </w:r>
      <w:r>
        <w:t>人员进出记录全程留痕，支持追溯查询；满足审计要求，紧急情况下快速联系在场人员。</w:t>
      </w:r>
    </w:p>
    <w:p>
      <w:pPr>
        <w:pStyle w:val="ListBullet"/>
      </w:pPr>
      <w:r>
        <w:rPr>
          <w:b/>
        </w:rPr>
        <w:t>预约准入联动:</w:t>
      </w:r>
      <w:r>
        <w:t>仪器预约审批通过后自动同步门禁授权；预约时段内可进入，过期自动失效。</w:t>
      </w:r>
    </w:p>
    <w:p>
      <w:pPr>
        <w:pStyle w:val="ListBullet"/>
      </w:pPr>
      <w:r>
        <w:rPr>
          <w:b/>
        </w:rPr>
        <w:t>安全风险评估:</w:t>
      </w:r>
      <w:r>
        <w:t>AI自动分析隐患数据趋势，评估风险等级；提前预警高风险区域和时段，输出管理改进建议。</w:t>
      </w:r>
    </w:p>
    <w:p>
      <w:pPr>
        <w:pStyle w:val="ListBullet"/>
      </w:pPr>
      <w:r>
        <w:rPr>
          <w:b/>
        </w:rPr>
        <w:t>合规差距分析:</w:t>
      </w:r>
      <w:r>
        <w:t>AI自动比对法规要求（教育部/应急管理部/EHS），识别管理漏洞；生成合规差距分析报告。</w:t>
      </w:r>
    </w:p>
    <w:p>
      <w:pPr>
        <w:pStyle w:val="ListBullet"/>
      </w:pPr>
      <w:r>
        <w:rPr>
          <w:b/>
        </w:rPr>
        <w:t>节能方案推荐:</w:t>
      </w:r>
      <w:r>
        <w:t>AI分析能耗数据，识别Top3高耗能环节；大语言模型输出针对性节能方案，预期节电15%、节水20%。</w:t>
      </w:r>
    </w:p>
    <w:p>
      <w:pPr>
        <w:pStyle w:val="ListBullet"/>
      </w:pPr>
      <w:r>
        <w:rPr>
          <w:b/>
        </w:rPr>
        <w:t>资源优化建议:</w:t>
      </w:r>
      <w:r>
        <w:t>基于历史数据分析设备利用率、人员排班、耗材消耗；AI建议最优配置方案，降低运营成本。</w:t>
      </w:r>
    </w:p>
    <w:p>
      <w:pPr>
        <w:pStyle w:val="ListBullet"/>
      </w:pPr>
      <w:r>
        <w:rPr>
          <w:b/>
        </w:rPr>
        <w:t>预案智能推荐:</w:t>
      </w:r>
      <w:r>
        <w:t>发生异常时，AI根据场景自动推荐应急预案和处置步骤；辅助快速决策，缩短响应时间。</w:t>
      </w:r>
    </w:p>
    <w:p>
      <w:pPr>
        <w:pStyle w:val="ListBullet"/>
      </w:pPr>
      <w:r>
        <w:rPr>
          <w:b/>
        </w:rPr>
        <w:t>PDCA持续改进:</w:t>
      </w:r>
      <w:r>
        <w:t>基于数据分析结果，AI持续输出管理改进建议；跟踪改进效果，形成Plan-Do-Check-Act闭环。</w:t>
      </w:r>
    </w:p>
    <w:p>
      <w:pPr>
        <w:pStyle w:val="Heading1"/>
      </w:pPr>
      <w:r>
        <w:t>移动端</w:t>
      </w:r>
    </w:p>
    <w:p>
      <w:pPr>
        <w:pStyle w:val="Heading2"/>
      </w:pPr>
      <w:r>
        <w:t>实时看板</w:t>
      </w:r>
    </w:p>
    <w:p>
      <w:pPr>
        <w:pStyle w:val="ListBullet"/>
      </w:pPr>
      <w:r>
        <w:rPr>
          <w:b/>
        </w:rPr>
        <w:t>实验室预约:</w:t>
      </w:r>
      <w:r>
        <w:t>随时查看实验室可用时段，日历视图直观选择；支持周期性预约和临时预约。</w:t>
      </w:r>
    </w:p>
    <w:p>
      <w:pPr>
        <w:pStyle w:val="ListBullet"/>
      </w:pPr>
      <w:r>
        <w:rPr>
          <w:b/>
        </w:rPr>
        <w:t>设备预约:</w:t>
      </w:r>
      <w:r>
        <w:t>仪器设备在线预约，冲突自动检测；审批进度实时查看，预约编码自动生成。</w:t>
      </w:r>
    </w:p>
    <w:p>
      <w:pPr>
        <w:pStyle w:val="ListBullet"/>
      </w:pPr>
      <w:r>
        <w:rPr>
          <w:b/>
        </w:rPr>
        <w:t>会议室预约:</w:t>
      </w:r>
      <w:r>
        <w:t>会议室、讨论间在线预约；支持容量查看、设备配套信息查询。</w:t>
      </w:r>
    </w:p>
    <w:p>
      <w:pPr>
        <w:pStyle w:val="ListBullet"/>
      </w:pPr>
      <w:r>
        <w:rPr>
          <w:b/>
        </w:rPr>
        <w:t>预约管理:</w:t>
      </w:r>
      <w:r>
        <w:t>我的预约、待审批、历史记录一目了然；支持取消、改期操作，灵活便捷。</w:t>
      </w:r>
    </w:p>
    <w:p>
      <w:pPr>
        <w:pStyle w:val="ListBullet"/>
      </w:pPr>
      <w:r>
        <w:rPr>
          <w:b/>
        </w:rPr>
        <w:t>到期提醒:</w:t>
      </w:r>
      <w:r>
        <w:t>预约即将开始、即将到期自动推送提醒；防止遗忘，提高履约率。</w:t>
      </w:r>
    </w:p>
    <w:p>
      <w:pPr>
        <w:pStyle w:val="ListBullet"/>
      </w:pPr>
      <w:r>
        <w:rPr>
          <w:b/>
        </w:rPr>
        <w:t>扫码签到:</w:t>
      </w:r>
      <w:r>
        <w:t>到达现场扫码签到，自动记录到达时间；超时未签到自动释放并通知。</w:t>
      </w:r>
    </w:p>
    <w:p>
      <w:pPr>
        <w:pStyle w:val="ListBullet"/>
      </w:pPr>
      <w:r>
        <w:rPr>
          <w:b/>
        </w:rPr>
        <w:t>扫码领用耗材:</w:t>
      </w:r>
      <w:r>
        <w:t>扫描耗材条码即可领用，自动扣减库存；支持批量扫码，快速高效；领用记录实时同步。</w:t>
      </w:r>
    </w:p>
    <w:p>
      <w:pPr>
        <w:pStyle w:val="ListBullet"/>
      </w:pPr>
      <w:r>
        <w:rPr>
          <w:b/>
        </w:rPr>
        <w:t>扫码归还/空瓶:</w:t>
      </w:r>
      <w:r>
        <w:t>使用完毕扫码归还，自动入库；危化品空瓶归还管理，全程追溯；到期借用自动提醒。</w:t>
      </w:r>
    </w:p>
    <w:p>
      <w:pPr>
        <w:pStyle w:val="ListBullet"/>
      </w:pPr>
      <w:r>
        <w:rPr>
          <w:b/>
        </w:rPr>
        <w:t>扫码签到:</w:t>
      </w:r>
      <w:r>
        <w:t>到达实验室/设备前扫码签到，自动记录时间；支持人脸/刷卡多种签到方式。</w:t>
      </w:r>
    </w:p>
    <w:p>
      <w:pPr>
        <w:pStyle w:val="ListBullet"/>
      </w:pPr>
      <w:r>
        <w:rPr>
          <w:b/>
        </w:rPr>
        <w:t>扫码查看设备:</w:t>
      </w:r>
      <w:r>
        <w:t>扫描设备二维码，立即查看设备详情、操作手册、维修记录、校准证书；信息一目了然。</w:t>
      </w:r>
    </w:p>
    <w:p>
      <w:pPr>
        <w:pStyle w:val="ListBullet"/>
      </w:pPr>
      <w:r>
        <w:rPr>
          <w:b/>
        </w:rPr>
        <w:t>扫码盘点:</w:t>
      </w:r>
      <w:r>
        <w:t>资产盘点时逐个扫码确认，实时更新库存状态；盘点效率提升80%，数据准确可靠。</w:t>
      </w:r>
    </w:p>
    <w:p>
      <w:pPr>
        <w:pStyle w:val="ListBullet"/>
      </w:pPr>
      <w:r>
        <w:rPr>
          <w:b/>
        </w:rPr>
        <w:t>二维码生成:</w:t>
      </w:r>
      <w:r>
        <w:t>系统自动生成设备/耗材/位置二维码；支持批量打印标签，一物一码精细化管理。</w:t>
      </w:r>
    </w:p>
    <w:p>
      <w:pPr>
        <w:pStyle w:val="ListBullet"/>
      </w:pPr>
      <w:r>
        <w:rPr>
          <w:b/>
        </w:rPr>
        <w:t>分级通知策略:</w:t>
      </w:r>
      <w:r>
        <w:t>紧急：电话+短信+APP三重通知；高级：短信+APP；中低级：APP推送；确保关键信息不遗漏。</w:t>
      </w:r>
    </w:p>
    <w:p>
      <w:pPr>
        <w:pStyle w:val="ListBullet"/>
      </w:pPr>
      <w:r>
        <w:rPr>
          <w:b/>
        </w:rPr>
        <w:t>报警详情查看:</w:t>
      </w:r>
      <w:r>
        <w:t>手机端查看报警详情、现场截图、位置信息、关联设备；快速判断是否需要到场处理。</w:t>
      </w:r>
    </w:p>
    <w:p>
      <w:pPr>
        <w:pStyle w:val="ListBullet"/>
      </w:pPr>
      <w:r>
        <w:rPr>
          <w:b/>
        </w:rPr>
        <w:t>报警确认处理:</w:t>
      </w:r>
      <w:r>
        <w:t>手机端确认/处理报警，记录处理过程；支持远程联动控制（排风/断电），快速控制事态。</w:t>
      </w:r>
    </w:p>
    <w:p>
      <w:pPr>
        <w:pStyle w:val="ListBullet"/>
      </w:pPr>
      <w:r>
        <w:rPr>
          <w:b/>
        </w:rPr>
        <w:t>报警趋势查看:</w:t>
      </w:r>
      <w:r>
        <w:t>手机端查看报警趋势、类型分布、TOP报警区域；随时掌握安全态势。</w:t>
      </w:r>
    </w:p>
    <w:p>
      <w:pPr>
        <w:pStyle w:val="ListBullet"/>
      </w:pPr>
      <w:r>
        <w:rPr>
          <w:b/>
        </w:rPr>
        <w:t>报警统计报表:</w:t>
      </w:r>
      <w:r>
        <w:t>日报/周报/月报报警统计；按类型、区域、时段多维分析，数据导出。</w:t>
      </w:r>
    </w:p>
    <w:p>
      <w:pPr>
        <w:pStyle w:val="ListBullet"/>
      </w:pPr>
      <w:r>
        <w:rPr>
          <w:b/>
        </w:rPr>
        <w:t>路线巡检:</w:t>
      </w:r>
      <w:r>
        <w:t>按预设巡检路线逐项检查，检查项自动带出；GPS记录巡检轨迹，确保巡检到位。</w:t>
      </w:r>
    </w:p>
    <w:p>
      <w:pPr>
        <w:pStyle w:val="ListBullet"/>
      </w:pPr>
      <w:r>
        <w:rPr>
          <w:b/>
        </w:rPr>
        <w:t>多媒体记录:</w:t>
      </w:r>
      <w:r>
        <w:t>支持拍照、录音、文字多种记录方式；发现异常即时标注，照片自动关联巡检记录。</w:t>
      </w:r>
    </w:p>
    <w:p>
      <w:pPr>
        <w:pStyle w:val="ListBullet"/>
      </w:pPr>
      <w:r>
        <w:rPr>
          <w:b/>
        </w:rPr>
        <w:t>离线巡检:</w:t>
      </w:r>
      <w:r>
        <w:t>无网络环境下也可巡检，数据暂存本地；恢复网络后自动同步，不丢失任何巡检数据。</w:t>
      </w:r>
    </w:p>
    <w:p>
      <w:pPr>
        <w:pStyle w:val="ListBullet"/>
      </w:pPr>
      <w:r>
        <w:rPr>
          <w:b/>
        </w:rPr>
        <w:t>隐患即时上报:</w:t>
      </w:r>
      <w:r>
        <w:t>发现隐患即时上报，支持图文、视频描述；隐患分类标准化，自动生成整改工单。</w:t>
      </w:r>
    </w:p>
    <w:p>
      <w:pPr>
        <w:pStyle w:val="ListBullet"/>
      </w:pPr>
      <w:r>
        <w:rPr>
          <w:b/>
        </w:rPr>
        <w:t>巡检报告:</w:t>
      </w:r>
      <w:r>
        <w:t>巡检完成后自动生成报告；异常项自动创建整改工单，全流程闭环管理。</w:t>
      </w:r>
    </w:p>
    <w:p>
      <w:pPr>
        <w:pStyle w:val="ListBullet"/>
      </w:pPr>
      <w:r>
        <w:rPr>
          <w:b/>
        </w:rPr>
        <w:t>防假巡检:</w:t>
      </w:r>
      <w:r>
        <w:t>GPS定位+扫码双重验证，确保巡检人员到达现场；防止漏检、假巡检。</w:t>
      </w:r>
    </w:p>
    <w:p>
      <w:pPr>
        <w:pStyle w:val="ListBullet"/>
      </w:pPr>
      <w:r>
        <w:rPr>
          <w:b/>
        </w:rPr>
        <w:t>设备状态看板:</w:t>
      </w:r>
      <w:r>
        <w:t>手机端实时查看设备运行状态；异常设备高亮提示，在线/离线/故障状态一目了然。</w:t>
      </w:r>
    </w:p>
    <w:p>
      <w:pPr>
        <w:pStyle w:val="ListBullet"/>
      </w:pPr>
      <w:r>
        <w:rPr>
          <w:b/>
        </w:rPr>
        <w:t>环境数据实时:</w:t>
      </w:r>
      <w:r>
        <w:t>温湿度、气体浓度、电力参数等环境数据实时查看；超标点位提醒，环境安全可控。</w:t>
      </w:r>
    </w:p>
    <w:p>
      <w:pPr>
        <w:pStyle w:val="ListBullet"/>
      </w:pPr>
      <w:r>
        <w:rPr>
          <w:b/>
        </w:rPr>
        <w:t>库存实时查询:</w:t>
      </w:r>
      <w:r>
        <w:t>危化品、耗材库存实时查询；低库存自动提醒补货，有效期预警防止过期使用。</w:t>
      </w:r>
    </w:p>
    <w:p>
      <w:pPr>
        <w:pStyle w:val="ListBullet"/>
      </w:pPr>
      <w:r>
        <w:rPr>
          <w:b/>
        </w:rPr>
        <w:t>人员在线查看:</w:t>
      </w:r>
      <w:r>
        <w:t>查看当前实验室内人员列表；紧急情况快速联系在场人员，满足应急管理需求。</w:t>
      </w:r>
    </w:p>
    <w:p>
      <w:pPr>
        <w:pStyle w:val="ListBullet"/>
      </w:pPr>
      <w:r>
        <w:rPr>
          <w:b/>
        </w:rPr>
        <w:t>今日数据概览:</w:t>
      </w:r>
      <w:r>
        <w:t>今日报警数、巡检完成率、设备利用率、预约数等关键指标一屏掌握；数据实时刷新。</w:t>
      </w:r>
    </w:p>
    <w:p>
      <w:pPr>
        <w:pStyle w:val="ListBullet"/>
      </w:pPr>
      <w:r>
        <w:rPr>
          <w:b/>
        </w:rPr>
        <w:t>审批待办:</w:t>
      </w:r>
      <w:r>
        <w:t>手机端处理审批待办：预约审批、领用审批、整改验收；不因为出差而延误流程。</w:t>
      </w:r>
    </w:p>
    <w:p>
      <w:r>
        <w:t>注:文中效率/成本类数字为典型项目实施后的预期效果参考值,具体以实际项目评估为准。</w:t>
      </w:r>
    </w:p>
    <w:p/>
    <w:p>
      <w:pPr>
        <w:pStyle w:val="Heading1"/>
      </w:pPr>
      <w:r>
        <w:t>联系我们</w:t>
      </w:r>
    </w:p>
    <w:p>
      <w:r>
        <w:t>电话:13264129618（同微信）</w:t>
      </w:r>
    </w:p>
    <w:p>
      <w:r>
        <w:t>邮箱:GraphTalking@outlook.com</w:t>
      </w:r>
    </w:p>
    <w:p>
      <w:r>
        <w:t>地址:北京市昌平区新龙大厦B2座</w:t>
      </w:r>
    </w:p>
    <w:p>
      <w:r>
        <w:t>官网:https://www.graphtalking.com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color w:val="4444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1B234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F671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1B234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微软雅黑" w:hAnsi="微软雅黑" w:eastAsia="微软雅黑"/>
      <w:b/>
      <w:color w:val="1B234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